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Wellmedr - 738775714827528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Two-Day Doorstep (Logistics-Led UGC)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Person 30 to 45  ·  Hook: Surprise Reveal  ·  Format: UGC Demo  ·  Asset: video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UGC opens at the doorstep with the box already there. Talent narrates over the unboxing. Hook is the speed surprise, not price. Different from the Lowest Price family of videos.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30 to 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Could be man or woman. Real-person register. Wearing whatever they wear at home. Slight surprise energy: they were not expecting the box yet.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Doorstep, then kitchen counter. Phone propped on a chair or held selfie-style. Late afternoon natural light.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sealed Wellmatter shipping box (their actual branded shipper)</w:t>
      </w:r>
    </w:p>
    <w:p>
      <w:pPr>
        <w:pStyle w:val="ListBullet"/>
        <w:spacing w:after="40"/>
      </w:pPr>
      <w:r>
        <w:rPr>
          <w:color w:val="111111"/>
          <w:sz w:val="22"/>
        </w:rPr>
        <w:t>1x medication pen or vial inside the box</w:t>
      </w:r>
    </w:p>
    <w:p>
      <w:pPr>
        <w:pStyle w:val="ListBullet"/>
        <w:spacing w:after="40"/>
      </w:pPr>
      <w:r>
        <w:rPr>
          <w:color w:val="111111"/>
          <w:sz w:val="22"/>
        </w:rPr>
        <w:t>1x knife or scissors for the box open</w:t>
      </w:r>
    </w:p>
    <w:p>
      <w:pPr>
        <w:pStyle w:val="ListBullet"/>
        <w:spacing w:after="40"/>
      </w:pPr>
      <w:r>
        <w:rPr>
          <w:color w:val="111111"/>
          <w:sz w:val="22"/>
        </w:rPr>
        <w:t>Phone showing the qualification confirmation email for the 'I qualified two days ago' beat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to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literally qualified for this two days ago and it just showed up.”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Open on the box on the doorstep. Phone held at chest height, talent looking down at it. Surprise energy.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Day 0 → Day 2</w:t>
      </w:r>
    </w:p>
    <w:p>
      <w:pPr>
        <w:spacing w:before="160" w:after="40"/>
      </w:pPr>
      <w:r>
        <w:rPr>
          <w:b/>
          <w:color w:val="00A06E"/>
          <w:sz w:val="24"/>
        </w:rPr>
        <w:t>0:03 to 0:08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“Wellmatter, GLP-1 meds, $88 a month. I filled out the form on Sunday night.”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picks up the box, walks it inside. Camera at chest height, follows.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$88/mo · GLP-1</w:t>
      </w:r>
    </w:p>
    <w:p>
      <w:pPr>
        <w:spacing w:before="160" w:after="40"/>
      </w:pPr>
      <w:r>
        <w:rPr>
          <w:b/>
          <w:color w:val="00A06E"/>
          <w:sz w:val="24"/>
        </w:rPr>
        <w:t>0:08 to 0:13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“Approved in three minutes. No video call. No in-person anything. And now this is on my counter.”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Box on the kitchen counter. Talent opens it. Pulls out the pen. Holds it up to the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Approved in 3 min</w:t>
      </w:r>
    </w:p>
    <w:p>
      <w:pPr>
        <w:spacing w:before="160" w:after="40"/>
      </w:pPr>
      <w:r>
        <w:rPr>
          <w:b/>
          <w:color w:val="00A06E"/>
          <w:sz w:val="24"/>
        </w:rPr>
        <w:t>0:13 to 0:18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 last GLP-1 site I tried had me waiting three weeks and then said they were out. I am not exaggerating, this took two days.”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cam. Talent in kitchen. Holds the pen up. Quick cut to the shipping label timestamp.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Last time: 3 weeks. This time: 2 days.</w:t>
      </w:r>
    </w:p>
    <w:p>
      <w:pPr>
        <w:spacing w:before="160" w:after="40"/>
      </w:pPr>
      <w:r>
        <w:rPr>
          <w:b/>
          <w:color w:val="00A06E"/>
          <w:sz w:val="24"/>
        </w:rPr>
        <w:t>0:18 to 0:22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“Link is in the bio if you want to try.”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End on talent in kitchen, pen in hand. Points down.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Link's in the bio.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Static_050726_33 two day spent $25,535 at 1.64x ROAS in 7d. Logistics is a tested winning angle. The video versions of this angle do not exist yet, so this is an untested format on a proven message.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iPhone only. About 20 seconds. Three locations: doorstep, kitchen counter, selfie-cam payoff. The opening shot has to be the box on the mat, not the talent.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Static_050726_33 two day ($25,535, 1.64x ROAS, logistics angle on a static)</w:t>
      </w:r>
    </w:p>
    <w:p>
      <w:pPr>
        <w:pStyle w:val="ListBullet"/>
        <w:spacing w:after="40"/>
      </w:pPr>
      <w:r>
        <w:rPr>
          <w:color w:val="111111"/>
          <w:sz w:val="22"/>
        </w:rPr>
        <w:t>Video_043026_02_Lowest Price ($57,594, 1.15x ROAS, the UGC voice that converts)</w:t>
      </w:r>
    </w:p>
    <w:p>
      <w:pPr>
        <w:pStyle w:val="ListBullet"/>
        <w:spacing w:after="40"/>
      </w:pPr>
      <w:r>
        <w:rPr>
          <w:color w:val="111111"/>
          <w:sz w:val="22"/>
        </w:rPr>
        <w:t>GASSBCWELLMEDR_20_TIRZEPATIDE (Tirzepatide variant, 'shipped in two days' is verbatim in transcript)</w:t>
      </w:r>
    </w:p>
    <w:p>
      <w:pPr>
        <w:spacing w:before="400"/>
      </w:pPr>
      <w:r>
        <w:rPr>
          <w:color w:val="666666"/>
          <w:sz w:val="16"/>
        </w:rPr>
        <w:t>★ Orion  ·  GASSED  ·  Wellmedr - 738775714827528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