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Wellmedr - 738775714827528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2</w:t>
      </w:r>
    </w:p>
    <w:p>
      <w:pPr>
        <w:spacing w:before="0" w:after="160"/>
      </w:pPr>
      <w:r>
        <w:rPr>
          <w:b/>
          <w:color w:val="111111"/>
          <w:sz w:val="44"/>
        </w:rPr>
        <w:t>Already Down 43 (UGC Refresh)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Real customer 38 to 50  ·  Hook: Social Proof  ·  Format: UGC Testimonial  ·  Asset: video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Direct refresh of the Video_043026_02_Lowest Price testimonial that is doing $57k/wk at 1.15x ROAS. Same beats, fresher talent, tighter open. Keep the verbatim 'I'm already down 43' phrasing in the script because it is doing the work.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38 to 52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Woman, real-person register, no makeup or light makeup, casual at-home clothes. Looks like someone scrolling TikTok would believe she actually uses this. NOT a polished spokesperson.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Selfie cam in her kitchen, car, or living room. Real, lived-in. Natural daylight from a window.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medication pen or vial (the actual Wellmatter product)</w:t>
      </w:r>
    </w:p>
    <w:p>
      <w:pPr>
        <w:pStyle w:val="ListBullet"/>
        <w:spacing w:after="40"/>
      </w:pPr>
      <w:r>
        <w:rPr>
          <w:color w:val="111111"/>
          <w:sz w:val="22"/>
        </w:rPr>
        <w:t>Shipping box visible in one shot to establish the 'shipped in two days' beat</w:t>
      </w:r>
    </w:p>
    <w:p>
      <w:pPr>
        <w:pStyle w:val="ListBullet"/>
        <w:spacing w:after="40"/>
      </w:pPr>
      <w:r>
        <w:rPr>
          <w:color w:val="111111"/>
          <w:sz w:val="22"/>
        </w:rPr>
        <w:t>Phone for the 'qualified in two minutes' app/site screen recording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to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“$88 a month for GLP-1 meds right now. That is the lowest price I have found anywhere.”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Selfie cam. Talent in her kitchen. Holds up her phone with the Wellmatter site open.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$88/mo · GLP-1</w:t>
      </w:r>
    </w:p>
    <w:p>
      <w:pPr>
        <w:spacing w:before="160" w:after="40"/>
      </w:pPr>
      <w:r>
        <w:rPr>
          <w:b/>
          <w:color w:val="00A06E"/>
          <w:sz w:val="24"/>
        </w:rPr>
        <w:t>0:03 to 0:07  ·  CREDIBILITY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qualified online in like two minutes. No video call, no in-person doctor visit.”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Phone propped, showing the qualification flow. Quick screen recording of the form.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Qualified in 2 min</w:t>
      </w:r>
    </w:p>
    <w:p>
      <w:pPr>
        <w:spacing w:before="160" w:after="40"/>
      </w:pPr>
      <w:r>
        <w:rPr>
          <w:b/>
          <w:color w:val="00A06E"/>
          <w:sz w:val="24"/>
        </w:rPr>
        <w:t>0:07 to 0:11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“Meds showed up two days later. Sealed box on my doorstep.”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Doorstep shot. Box on the mat. She picks it up.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Shipped in 2 days</w:t>
      </w:r>
    </w:p>
    <w:p>
      <w:pPr>
        <w:spacing w:before="160" w:after="40"/>
      </w:pPr>
      <w:r>
        <w:rPr>
          <w:b/>
          <w:color w:val="00A06E"/>
          <w:sz w:val="24"/>
        </w:rPr>
        <w:t>0:11 to 0:17  ·  RESULT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started a couple months ago. I am down 43 pounds. I am not making that up.”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Back to selfie cam. She is in her car or kitchen. Holds up the pen.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Down 43 lbs · ~2 months</w:t>
      </w:r>
    </w:p>
    <w:p>
      <w:pPr>
        <w:spacing w:before="160" w:after="40"/>
      </w:pPr>
      <w:r>
        <w:rPr>
          <w:b/>
          <w:color w:val="00A06E"/>
          <w:sz w:val="24"/>
        </w:rPr>
        <w:t>0:17 to 0:22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“Link is below if you want to check it out. Takes two minutes.”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Selfie cam, end on her face. She points at the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Link's below.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The Lowest Price video transcripts contain the highest-converting phrases on the account. Refresh the talent and re-record. Top winner pattern in the category.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iPhone self-shooter, single talent. About 18 to 22 seconds. Tight. Three locations max (kitchen, doorstep, car) so the cuts feel like a real day.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Video_043026_02_Lowest Price ($57,594, 1.15x ROAS, the anchor video)</w:t>
      </w:r>
    </w:p>
    <w:p>
      <w:pPr>
        <w:pStyle w:val="ListBullet"/>
        <w:spacing w:after="40"/>
      </w:pPr>
      <w:r>
        <w:rPr>
          <w:color w:val="111111"/>
          <w:sz w:val="22"/>
        </w:rPr>
        <w:t>Video_043026_05_Lowest Price ($21,398, 1.20x ROAS)</w:t>
      </w:r>
    </w:p>
    <w:p>
      <w:pPr>
        <w:pStyle w:val="ListBullet"/>
        <w:spacing w:after="40"/>
      </w:pPr>
      <w:r>
        <w:rPr>
          <w:color w:val="111111"/>
          <w:sz w:val="22"/>
        </w:rPr>
        <w:t>Video_043026_04_Lowest Price ($14,800-ish, same transcript family)</w:t>
      </w:r>
    </w:p>
    <w:p>
      <w:pPr>
        <w:spacing w:before="400"/>
      </w:pPr>
      <w:r>
        <w:rPr>
          <w:color w:val="666666"/>
          <w:sz w:val="16"/>
        </w:rPr>
        <w:t>★ Orion  ·  GASSED  ·  Wellmedr - 738775714827528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