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JustFoodForDogs  ·  Creative Brief</w:t>
      </w:r>
    </w:p>
    <w:p>
      <w:pPr>
        <w:spacing w:before="120" w:after="0"/>
      </w:pPr>
      <w:r>
        <w:rPr>
          <w:b/>
          <w:color w:val="FF3D8A"/>
          <w:sz w:val="18"/>
        </w:rPr>
        <w:t>CONCEPT 5</w:t>
      </w:r>
    </w:p>
    <w:p>
      <w:pPr>
        <w:spacing w:before="0" w:after="160"/>
      </w:pPr>
      <w:r>
        <w:rPr>
          <w:b/>
          <w:color w:val="111111"/>
          <w:sz w:val="44"/>
        </w:rPr>
        <w:t>Good Morning, Fish And Sweet Potato</w:t>
      </w:r>
    </w:p>
    <w:p>
      <w:pPr>
        <w:spacing w:after="160"/>
        <w:ind w:left="360"/>
      </w:pPr>
      <w:r>
        <w:rPr>
          <w:i/>
          <w:color w:val="666666"/>
          <w:sz w:val="18"/>
        </w:rPr>
        <w:t>Persona: Multi-dog households 28-42  ·  Hook: Slice-of-Life Opener  ·  Format: Slice-of-Life Morning Routine UGC  ·  Asset: Video</w:t>
      </w:r>
    </w:p>
    <w:p>
      <w:pPr>
        <w:spacing w:before="280" w:after="80"/>
      </w:pPr>
      <w:r>
        <w:rPr>
          <w:b/>
          <w:color w:val="FF3D8A"/>
          <w:sz w:val="28"/>
        </w:rPr>
        <w:t>📺 Emulating this format</w:t>
      </w:r>
    </w:p>
    <w:p>
      <w:pPr>
        <w:spacing w:after="40"/>
      </w:pPr>
      <w:r>
        <w:rPr>
          <w:b/>
          <w:color w:val="111111"/>
          <w:sz w:val="24"/>
        </w:rPr>
        <w:t>Stadler Family Whitelist (Transparency)</w:t>
      </w:r>
    </w:p>
    <w:p>
      <w:pPr>
        <w:spacing w:after="80"/>
      </w:pPr>
      <w:hyperlink r:id="rId9">
        <w:r>
          <w:rPr>
            <w:rFonts w:ascii="Arial"/>
            <w:sz w:val="20"/>
            <w:color w:val="FF3D8A"/>
            <w:u w:val="single"/>
          </w:rPr>
          <w:t xml:space="preserve">▶ Watch full MP4</w:t>
        </w:r>
      </w:hyperlink>
    </w:p>
    <w:p>
      <w:pPr>
        <w:spacing w:before="280" w:after="80"/>
      </w:pPr>
      <w:r>
        <w:rPr>
          <w:b/>
          <w:color w:val="111111"/>
          <w:sz w:val="28"/>
        </w:rPr>
        <w:t>Concept</w:t>
      </w:r>
    </w:p>
    <w:p>
      <w:pPr>
        <w:spacing w:after="120"/>
      </w:pPr>
      <w:r>
        <w:rPr>
          <w:i w:val="0"/>
          <w:color w:val="111111"/>
          <w:sz w:val="22"/>
        </w:rPr>
        <w:t>Dog parent does her morning feeding routine on camera. Greets the dog, opens the JFFD pack, talks the dog through the recipe, ends with the dog eating. Casual, warm, native to the feed.</w:t>
      </w:r>
    </w:p>
    <w:p>
      <w:pPr>
        <w:spacing w:before="280" w:after="80"/>
      </w:pPr>
      <w:r>
        <w:rPr>
          <w:b/>
          <w:color w:val="111111"/>
          <w:sz w:val="28"/>
        </w:rPr>
        <w:t>Talent</w:t>
      </w:r>
    </w:p>
    <w:p>
      <w:pPr>
        <w:spacing w:after="40"/>
        <w:ind w:left="144"/>
      </w:pPr>
      <w:r>
        <w:rPr>
          <w:b/>
          <w:color w:val="111111"/>
          <w:sz w:val="22"/>
        </w:rPr>
        <w:t xml:space="preserve">Age:  </w:t>
      </w:r>
      <w:r>
        <w:rPr>
          <w:color w:val="111111"/>
          <w:sz w:val="22"/>
        </w:rPr>
        <w:t>Dog parent 28-40 + her dog (any breed; small-to-medium reads best on phone)</w:t>
      </w:r>
    </w:p>
    <w:p>
      <w:pPr>
        <w:spacing w:after="40"/>
        <w:ind w:left="144"/>
      </w:pPr>
      <w:r>
        <w:rPr>
          <w:b/>
          <w:color w:val="111111"/>
          <w:sz w:val="22"/>
        </w:rPr>
        <w:t xml:space="preserve">Demographic:  </w:t>
      </w:r>
      <w:r>
        <w:rPr>
          <w:color w:val="111111"/>
          <w:sz w:val="22"/>
        </w:rPr>
        <w:t>Warm energy, talks to her dog like a person. Could be a teacher, a nurse, a stay-at-home mom. Not over-styled.</w:t>
      </w:r>
    </w:p>
    <w:p>
      <w:pPr>
        <w:spacing w:after="40"/>
        <w:ind w:left="144"/>
      </w:pPr>
      <w:r>
        <w:rPr>
          <w:b/>
          <w:color w:val="111111"/>
          <w:sz w:val="22"/>
        </w:rPr>
        <w:t xml:space="preserve">Look:  </w:t>
      </w:r>
      <w:r>
        <w:rPr>
          <w:color w:val="111111"/>
          <w:sz w:val="22"/>
        </w:rPr>
        <w:t>Pajamas or a soft sweatshirt, hair down, morning light through a window. Dog wears nothing special.</w:t>
      </w:r>
    </w:p>
    <w:p>
      <w:pPr>
        <w:spacing w:before="280" w:after="80"/>
      </w:pPr>
      <w:r>
        <w:rPr>
          <w:b/>
          <w:color w:val="111111"/>
          <w:sz w:val="28"/>
        </w:rPr>
        <w:t>Props &amp; gear</w:t>
      </w:r>
    </w:p>
    <w:p>
      <w:pPr>
        <w:pStyle w:val="ListBullet"/>
        <w:spacing w:after="40"/>
      </w:pPr>
      <w:r>
        <w:rPr>
          <w:color w:val="111111"/>
          <w:sz w:val="22"/>
        </w:rPr>
        <w:t>1x JFFD fresh pack (fish and sweet potato recipe ideally)</w:t>
      </w:r>
    </w:p>
    <w:p>
      <w:pPr>
        <w:pStyle w:val="ListBullet"/>
        <w:spacing w:after="40"/>
      </w:pPr>
      <w:r>
        <w:rPr>
          <w:color w:val="111111"/>
          <w:sz w:val="22"/>
        </w:rPr>
        <w:t>1x ceramic dog bowl</w:t>
      </w:r>
    </w:p>
    <w:p>
      <w:pPr>
        <w:pStyle w:val="ListBullet"/>
        <w:spacing w:after="40"/>
      </w:pPr>
      <w:r>
        <w:rPr>
          <w:color w:val="111111"/>
          <w:sz w:val="22"/>
        </w:rPr>
        <w:t>1x scoop or spoon</w:t>
      </w:r>
    </w:p>
    <w:p>
      <w:pPr>
        <w:pStyle w:val="ListBullet"/>
        <w:spacing w:after="40"/>
      </w:pPr>
      <w:r>
        <w:rPr>
          <w:color w:val="111111"/>
          <w:sz w:val="22"/>
        </w:rPr>
        <w:t>Coffee mug for the morning vibe</w:t>
      </w:r>
    </w:p>
    <w:p>
      <w:pPr>
        <w:spacing w:before="280" w:after="80"/>
      </w:pPr>
      <w:r>
        <w:rPr>
          <w:b/>
          <w:color w:val="111111"/>
          <w:sz w:val="28"/>
        </w:rPr>
        <w:t>Hook variations</w:t>
      </w:r>
    </w:p>
    <w:p>
      <w:pPr>
        <w:spacing w:before="160" w:after="40"/>
      </w:pPr>
      <w:r>
        <w:rPr>
          <w:b/>
          <w:color w:val="FF3D8A"/>
          <w:sz w:val="24"/>
        </w:rPr>
        <w:t>Hook 1</w:t>
      </w:r>
    </w:p>
    <w:p>
      <w:pPr>
        <w:spacing w:after="80"/>
        <w:ind w:left="360"/>
      </w:pPr>
      <w:r>
        <w:rPr>
          <w:i/>
          <w:color w:val="111111"/>
          <w:sz w:val="24"/>
        </w:rPr>
        <w:t>“Good morning. Are you hungry?”</w:t>
      </w:r>
    </w:p>
    <w:p>
      <w:pPr>
        <w:spacing w:after="160"/>
        <w:ind w:left="360"/>
      </w:pPr>
      <w:r>
        <w:rPr>
          <w:i/>
          <w:color w:val="666666"/>
          <w:sz w:val="18"/>
        </w:rPr>
        <w:t>Voice pattern: Good morning. Are you X?</w:t>
      </w:r>
    </w:p>
    <w:p>
      <w:pPr>
        <w:spacing w:before="160" w:after="40"/>
      </w:pPr>
      <w:r>
        <w:rPr>
          <w:b/>
          <w:color w:val="FF3D8A"/>
          <w:sz w:val="24"/>
        </w:rPr>
        <w:t>Hook 2</w:t>
      </w:r>
    </w:p>
    <w:p>
      <w:pPr>
        <w:spacing w:after="80"/>
        <w:ind w:left="360"/>
      </w:pPr>
      <w:r>
        <w:rPr>
          <w:i/>
          <w:color w:val="111111"/>
          <w:sz w:val="24"/>
        </w:rPr>
        <w:t>“Come do the morning feed with me and the dogs.”</w:t>
      </w:r>
    </w:p>
    <w:p>
      <w:pPr>
        <w:spacing w:after="160"/>
        <w:ind w:left="360"/>
      </w:pPr>
      <w:r>
        <w:rPr>
          <w:i/>
          <w:color w:val="666666"/>
          <w:sz w:val="18"/>
        </w:rPr>
        <w:t>Voice pattern: Come X with me</w:t>
      </w:r>
    </w:p>
    <w:p>
      <w:pPr>
        <w:spacing w:before="160" w:after="40"/>
      </w:pPr>
      <w:r>
        <w:rPr>
          <w:b/>
          <w:color w:val="FF3D8A"/>
          <w:sz w:val="24"/>
        </w:rPr>
        <w:t>Hook 3</w:t>
      </w:r>
    </w:p>
    <w:p>
      <w:pPr>
        <w:spacing w:after="80"/>
        <w:ind w:left="360"/>
      </w:pPr>
      <w:r>
        <w:rPr>
          <w:i/>
          <w:color w:val="111111"/>
          <w:sz w:val="24"/>
        </w:rPr>
        <w:t>“This is my favorite five minutes of the day.”</w:t>
      </w:r>
    </w:p>
    <w:p>
      <w:pPr>
        <w:spacing w:after="160"/>
        <w:ind w:left="360"/>
      </w:pPr>
      <w:r>
        <w:rPr>
          <w:i/>
          <w:color w:val="666666"/>
          <w:sz w:val="18"/>
        </w:rPr>
        <w:t>Voice pattern: This is my favorite X of the day</w:t>
      </w:r>
    </w:p>
    <w:p>
      <w:pPr>
        <w:spacing w:before="160" w:after="40"/>
      </w:pPr>
      <w:r>
        <w:rPr>
          <w:b/>
          <w:color w:val="FF3D8A"/>
          <w:sz w:val="24"/>
        </w:rPr>
        <w:t>Hook 4</w:t>
      </w:r>
    </w:p>
    <w:p>
      <w:pPr>
        <w:spacing w:after="80"/>
        <w:ind w:left="360"/>
      </w:pPr>
      <w:r>
        <w:rPr>
          <w:i/>
          <w:color w:val="111111"/>
          <w:sz w:val="24"/>
        </w:rPr>
        <w:t>“Today we are doing the fish and sweet potato recipe and she already knows.”</w:t>
      </w:r>
    </w:p>
    <w:p>
      <w:pPr>
        <w:spacing w:after="160"/>
        <w:ind w:left="360"/>
      </w:pPr>
      <w:r>
        <w:rPr>
          <w:i/>
          <w:color w:val="666666"/>
          <w:sz w:val="18"/>
        </w:rPr>
        <w:t>Voice pattern: Today we are doing X and Y already knows</w:t>
      </w:r>
    </w:p>
    <w:p>
      <w:pPr>
        <w:spacing w:before="160" w:after="40"/>
      </w:pPr>
      <w:r>
        <w:rPr>
          <w:b/>
          <w:color w:val="FF3D8A"/>
          <w:sz w:val="24"/>
        </w:rPr>
        <w:t>Hook 5</w:t>
      </w:r>
    </w:p>
    <w:p>
      <w:pPr>
        <w:spacing w:after="80"/>
        <w:ind w:left="360"/>
      </w:pPr>
      <w:r>
        <w:rPr>
          <w:i/>
          <w:color w:val="111111"/>
          <w:sz w:val="24"/>
        </w:rPr>
        <w:t>“POV your dog gets fresh food for the first time.”</w:t>
      </w:r>
    </w:p>
    <w:p>
      <w:pPr>
        <w:spacing w:after="160"/>
        <w:ind w:left="360"/>
      </w:pPr>
      <w:r>
        <w:rPr>
          <w:i/>
          <w:color w:val="666666"/>
          <w:sz w:val="18"/>
        </w:rPr>
        <w:t>Voice pattern: POV your X gets Y for the first time</w:t>
      </w:r>
    </w:p>
    <w:p>
      <w:pPr>
        <w:spacing w:before="280" w:after="80"/>
      </w:pPr>
      <w:r>
        <w:rPr>
          <w:b/>
          <w:color w:val="00A06E"/>
          <w:sz w:val="28"/>
        </w:rPr>
        <w:t>Full script</w:t>
      </w:r>
    </w:p>
    <w:p>
      <w:pPr>
        <w:spacing w:before="160" w:after="40"/>
      </w:pPr>
      <w:r>
        <w:rPr>
          <w:b/>
          <w:color w:val="00A06E"/>
          <w:sz w:val="24"/>
        </w:rPr>
        <w:t>0:00 - 0:03  ·  HOOK</w:t>
      </w:r>
    </w:p>
    <w:p>
      <w:pPr>
        <w:spacing w:after="40"/>
        <w:ind w:left="144"/>
      </w:pPr>
      <w:r>
        <w:rPr>
          <w:b/>
          <w:color w:val="111111"/>
          <w:sz w:val="22"/>
        </w:rPr>
        <w:t xml:space="preserve">Voiceover:  </w:t>
      </w:r>
      <w:r>
        <w:rPr>
          <w:color w:val="111111"/>
          <w:sz w:val="22"/>
        </w:rPr>
        <w:t>“Good morning. Are you hungry?”</w:t>
      </w:r>
    </w:p>
    <w:p>
      <w:pPr>
        <w:spacing w:after="40"/>
        <w:ind w:left="144"/>
      </w:pPr>
      <w:r>
        <w:rPr>
          <w:b/>
          <w:color w:val="111111"/>
          <w:sz w:val="22"/>
        </w:rPr>
        <w:t xml:space="preserve">Visual:  </w:t>
      </w:r>
      <w:r>
        <w:rPr>
          <w:color w:val="111111"/>
          <w:sz w:val="22"/>
        </w:rPr>
        <w:t>Talent on camera in pjs, holds the JFFD pack up. Dog wags tail at her feet.</w:t>
      </w:r>
    </w:p>
    <w:p>
      <w:pPr>
        <w:spacing w:after="40"/>
        <w:ind w:left="144"/>
      </w:pPr>
      <w:r>
        <w:rPr>
          <w:b/>
          <w:color w:val="111111"/>
          <w:sz w:val="22"/>
        </w:rPr>
        <w:t xml:space="preserve">On-screen text:  </w:t>
      </w:r>
      <w:r>
        <w:rPr>
          <w:color w:val="111111"/>
          <w:sz w:val="22"/>
        </w:rPr>
        <w:t>Style B caption: Morning routine · feeding the dogs</w:t>
      </w:r>
    </w:p>
    <w:p>
      <w:pPr>
        <w:spacing w:before="160" w:after="40"/>
      </w:pPr>
      <w:r>
        <w:rPr>
          <w:b/>
          <w:color w:val="00A06E"/>
          <w:sz w:val="24"/>
        </w:rPr>
        <w:t>0:03 - 0:08  ·  SETUP</w:t>
      </w:r>
    </w:p>
    <w:p>
      <w:pPr>
        <w:spacing w:after="40"/>
        <w:ind w:left="144"/>
      </w:pPr>
      <w:r>
        <w:rPr>
          <w:b/>
          <w:color w:val="111111"/>
          <w:sz w:val="22"/>
        </w:rPr>
        <w:t xml:space="preserve">Voiceover:  </w:t>
      </w:r>
      <w:r>
        <w:rPr>
          <w:color w:val="111111"/>
          <w:sz w:val="22"/>
        </w:rPr>
        <w:t>“Today we are doing the fish and sweet potato from Just Food For Dogs.”</w:t>
      </w:r>
    </w:p>
    <w:p>
      <w:pPr>
        <w:spacing w:after="40"/>
        <w:ind w:left="144"/>
      </w:pPr>
      <w:r>
        <w:rPr>
          <w:b/>
          <w:color w:val="111111"/>
          <w:sz w:val="22"/>
        </w:rPr>
        <w:t xml:space="preserve">Visual:  </w:t>
      </w:r>
      <w:r>
        <w:rPr>
          <w:color w:val="111111"/>
          <w:sz w:val="22"/>
        </w:rPr>
        <w:t>Tears open the pack, shows the contents to the dog. Slow pan to the bowl.</w:t>
      </w:r>
    </w:p>
    <w:p>
      <w:pPr>
        <w:spacing w:before="160" w:after="40"/>
      </w:pPr>
      <w:r>
        <w:rPr>
          <w:b/>
          <w:color w:val="00A06E"/>
          <w:sz w:val="24"/>
        </w:rPr>
        <w:t>0:08 - 0:14  ·  CREDIBILITY</w:t>
      </w:r>
    </w:p>
    <w:p>
      <w:pPr>
        <w:spacing w:after="40"/>
        <w:ind w:left="144"/>
      </w:pPr>
      <w:r>
        <w:rPr>
          <w:b/>
          <w:color w:val="111111"/>
          <w:sz w:val="22"/>
        </w:rPr>
        <w:t xml:space="preserve">Voiceover:  </w:t>
      </w:r>
      <w:r>
        <w:rPr>
          <w:color w:val="111111"/>
          <w:sz w:val="22"/>
        </w:rPr>
        <w:t>“And you can literally see the ingredients. Super clean, super easy, she loves it.”</w:t>
      </w:r>
    </w:p>
    <w:p>
      <w:pPr>
        <w:spacing w:after="40"/>
        <w:ind w:left="144"/>
      </w:pPr>
      <w:r>
        <w:rPr>
          <w:b/>
          <w:color w:val="111111"/>
          <w:sz w:val="22"/>
        </w:rPr>
        <w:t xml:space="preserve">Visual:  </w:t>
      </w:r>
      <w:r>
        <w:rPr>
          <w:color w:val="111111"/>
          <w:sz w:val="22"/>
        </w:rPr>
        <w:t>Scoops into the ceramic bowl. Pulls a single fleck of sweet potato into camera.</w:t>
      </w:r>
    </w:p>
    <w:p>
      <w:pPr>
        <w:spacing w:after="40"/>
        <w:ind w:left="144"/>
      </w:pPr>
      <w:r>
        <w:rPr>
          <w:b/>
          <w:color w:val="111111"/>
          <w:sz w:val="22"/>
        </w:rPr>
        <w:t xml:space="preserve">On-screen text:  </w:t>
      </w:r>
      <w:r>
        <w:rPr>
          <w:color w:val="111111"/>
          <w:sz w:val="22"/>
        </w:rPr>
        <w:t>Style B caption: You can see what's in it</w:t>
      </w:r>
    </w:p>
    <w:p>
      <w:pPr>
        <w:spacing w:before="160" w:after="40"/>
      </w:pPr>
      <w:r>
        <w:rPr>
          <w:b/>
          <w:color w:val="00A06E"/>
          <w:sz w:val="24"/>
        </w:rPr>
        <w:t>0:14 - 0:20  ·  PAYOFF</w:t>
      </w:r>
    </w:p>
    <w:p>
      <w:pPr>
        <w:spacing w:after="40"/>
        <w:ind w:left="144"/>
      </w:pPr>
      <w:r>
        <w:rPr>
          <w:b/>
          <w:color w:val="111111"/>
          <w:sz w:val="22"/>
        </w:rPr>
        <w:t xml:space="preserve">Voiceover:  </w:t>
      </w:r>
      <w:r>
        <w:rPr>
          <w:color w:val="111111"/>
          <w:sz w:val="22"/>
        </w:rPr>
        <w:t>“Here you go. Good girl.”</w:t>
      </w:r>
    </w:p>
    <w:p>
      <w:pPr>
        <w:spacing w:after="40"/>
        <w:ind w:left="144"/>
      </w:pPr>
      <w:r>
        <w:rPr>
          <w:b/>
          <w:color w:val="111111"/>
          <w:sz w:val="22"/>
        </w:rPr>
        <w:t xml:space="preserve">Visual:  </w:t>
      </w:r>
      <w:r>
        <w:rPr>
          <w:color w:val="111111"/>
          <w:sz w:val="22"/>
        </w:rPr>
        <w:t>Sets the bowl down. Dog eats with intent. Hold on the eating shot.</w:t>
      </w:r>
    </w:p>
    <w:p>
      <w:pPr>
        <w:spacing w:before="160" w:after="40"/>
      </w:pPr>
      <w:r>
        <w:rPr>
          <w:b/>
          <w:color w:val="00A06E"/>
          <w:sz w:val="24"/>
        </w:rPr>
        <w:t>0:20 - 0:22  ·  CTA</w:t>
      </w:r>
    </w:p>
    <w:p>
      <w:pPr>
        <w:spacing w:after="40"/>
        <w:ind w:left="144"/>
      </w:pPr>
      <w:r>
        <w:rPr>
          <w:b/>
          <w:color w:val="111111"/>
          <w:sz w:val="22"/>
        </w:rPr>
        <w:t xml:space="preserve">Voiceover:  </w:t>
      </w:r>
      <w:r>
        <w:rPr>
          <w:color w:val="111111"/>
          <w:sz w:val="22"/>
        </w:rPr>
        <w:t>“Check it out. 50% off your first box.”</w:t>
      </w:r>
    </w:p>
    <w:p>
      <w:pPr>
        <w:spacing w:after="40"/>
        <w:ind w:left="144"/>
      </w:pPr>
      <w:r>
        <w:rPr>
          <w:b/>
          <w:color w:val="111111"/>
          <w:sz w:val="22"/>
        </w:rPr>
        <w:t xml:space="preserve">Visual:  </w:t>
      </w:r>
      <w:r>
        <w:rPr>
          <w:color w:val="111111"/>
          <w:sz w:val="22"/>
        </w:rPr>
        <w:t>Talent crouched next to the eating dog, holds the pack at dog level.</w:t>
      </w:r>
    </w:p>
    <w:p>
      <w:pPr>
        <w:spacing w:after="40"/>
        <w:ind w:left="144"/>
      </w:pPr>
      <w:r>
        <w:rPr>
          <w:b/>
          <w:color w:val="111111"/>
          <w:sz w:val="22"/>
        </w:rPr>
        <w:t xml:space="preserve">On-screen text:  </w:t>
      </w:r>
      <w:r>
        <w:rPr>
          <w:color w:val="111111"/>
          <w:sz w:val="22"/>
        </w:rPr>
        <w:t>Style B caption: 50% off · link in bio</w:t>
      </w:r>
    </w:p>
    <w:p>
      <w:pPr>
        <w:spacing w:before="280" w:after="80"/>
      </w:pPr>
      <w:r>
        <w:rPr>
          <w:b/>
          <w:color w:val="111111"/>
          <w:sz w:val="28"/>
        </w:rPr>
        <w:t>Why it should work</w:t>
      </w:r>
    </w:p>
    <w:p>
      <w:pPr>
        <w:spacing w:after="120"/>
      </w:pPr>
      <w:r>
        <w:rPr>
          <w:i w:val="0"/>
          <w:color w:val="111111"/>
          <w:sz w:val="22"/>
        </w:rPr>
        <w:t>Stadler whitelist ran $2965 in 7d at 6.2% CTR. The morning-routine cadence and naming the recipe out loud is the load-bearing element. We rebuild with one dog, less footage, tighter beats.</w:t>
      </w:r>
    </w:p>
    <w:p>
      <w:pPr>
        <w:spacing w:before="280" w:after="80"/>
      </w:pPr>
      <w:r>
        <w:rPr>
          <w:b/>
          <w:color w:val="111111"/>
          <w:sz w:val="28"/>
        </w:rPr>
        <w:t>Production notes</w:t>
      </w:r>
    </w:p>
    <w:p>
      <w:pPr>
        <w:spacing w:after="120"/>
      </w:pPr>
      <w:r>
        <w:rPr>
          <w:i w:val="0"/>
          <w:color w:val="111111"/>
          <w:sz w:val="22"/>
        </w:rPr>
        <w:t>Single talent + one dog. Warehouse kitchen dressed as a real home kitchen with strong morning window light. Shoot on iPhone. ~22 seconds. One location day.</w:t>
      </w:r>
    </w:p>
    <w:p>
      <w:pPr>
        <w:spacing w:before="280" w:after="80"/>
      </w:pPr>
      <w:r>
        <w:rPr>
          <w:b/>
          <w:color w:val="111111"/>
          <w:sz w:val="28"/>
        </w:rPr>
        <w:t>Source winners</w:t>
      </w:r>
    </w:p>
    <w:p>
      <w:pPr>
        <w:pStyle w:val="ListBullet"/>
        <w:spacing w:after="40"/>
      </w:pPr>
      <w:r>
        <w:rPr>
          <w:color w:val="111111"/>
          <w:sz w:val="22"/>
        </w:rPr>
        <w:t>Mktg_Whitelisted_NTH_thestadlerfam ($2965 / 6.2% CTR)</w:t>
      </w:r>
    </w:p>
    <w:p>
      <w:pPr>
        <w:pStyle w:val="ListBullet"/>
        <w:spacing w:after="40"/>
      </w:pPr>
      <w:r>
        <w:rPr>
          <w:color w:val="111111"/>
          <w:sz w:val="22"/>
        </w:rPr>
        <w:t>MSA Come With Me NYC Izabela (kitchen tour frame)</w:t>
      </w:r>
    </w:p>
    <w:p>
      <w:pPr>
        <w:spacing w:before="400"/>
      </w:pPr>
      <w:r>
        <w:rPr>
          <w:color w:val="666666"/>
          <w:sz w:val="16"/>
        </w:rPr>
        <w:t>★ Orion  ·  GASSED  ·  JustFoodForDogs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tionaccountassets.blob.core.windows.net/66c37c9f6a1b9f411de10a58/creativeassetfacebook/69f11ec2ab5d13a5b5cd61c1/video.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