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JustFoodForDogs  ·  Creative Brief</w:t>
      </w:r>
    </w:p>
    <w:p>
      <w:pPr>
        <w:spacing w:before="120" w:after="0"/>
      </w:pPr>
      <w:r>
        <w:rPr>
          <w:b/>
          <w:color w:val="FF3D8A"/>
          <w:sz w:val="18"/>
        </w:rPr>
        <w:t>CONCEPT 3</w:t>
      </w:r>
    </w:p>
    <w:p>
      <w:pPr>
        <w:spacing w:before="0" w:after="160"/>
      </w:pPr>
      <w:r>
        <w:rPr>
          <w:b/>
          <w:color w:val="111111"/>
          <w:sz w:val="44"/>
        </w:rPr>
        <w:t>Come Watch The Chefs Cook It</w:t>
      </w:r>
    </w:p>
    <w:p>
      <w:pPr>
        <w:spacing w:after="160"/>
        <w:ind w:left="360"/>
      </w:pPr>
      <w:r>
        <w:rPr>
          <w:i/>
          <w:color w:val="666666"/>
          <w:sz w:val="18"/>
        </w:rPr>
        <w:t>Persona: Transparency-driven dog parents 28-42  ·  Hook: Insider Look / Behind The Curtain  ·  Format: Behind-the-Scenes Transparency UGC  ·  Asset: Video</w:t>
      </w:r>
    </w:p>
    <w:p>
      <w:pPr>
        <w:spacing w:before="280" w:after="80"/>
      </w:pPr>
      <w:r>
        <w:rPr>
          <w:b/>
          <w:color w:val="FF3D8A"/>
          <w:sz w:val="28"/>
        </w:rPr>
        <w:t>📺 Emulating this format</w:t>
      </w:r>
    </w:p>
    <w:p>
      <w:pPr>
        <w:spacing w:after="40"/>
      </w:pPr>
      <w:r>
        <w:rPr>
          <w:b/>
          <w:color w:val="111111"/>
          <w:sz w:val="24"/>
        </w:rPr>
        <w:t>MSA Come With Me NYC (DTC) Izabela</w:t>
      </w:r>
    </w:p>
    <w:p>
      <w:pPr>
        <w:spacing w:after="80"/>
      </w:pPr>
      <w:hyperlink r:id="rId9">
        <w:r>
          <w:rPr>
            <w:rFonts w:ascii="Arial"/>
            <w:sz w:val="20"/>
            <w:color w:val="FF3D8A"/>
            <w:u w:val="single"/>
          </w:rPr>
          <w:t xml:space="preserve">▶ Watch full MP4</w:t>
        </w:r>
      </w:hyperlink>
    </w:p>
    <w:p>
      <w:pPr>
        <w:spacing w:before="280" w:after="80"/>
      </w:pPr>
      <w:r>
        <w:rPr>
          <w:b/>
          <w:color w:val="111111"/>
          <w:sz w:val="28"/>
        </w:rPr>
        <w:t>Concept</w:t>
      </w:r>
    </w:p>
    <w:p>
      <w:pPr>
        <w:spacing w:after="120"/>
      </w:pPr>
      <w:r>
        <w:rPr>
          <w:i w:val="0"/>
          <w:color w:val="111111"/>
          <w:sz w:val="22"/>
        </w:rPr>
        <w:t>Dog parent narrates a kitchen reveal. Camera on her preparing dog meal at home. She talks about the JFFD kitchens where she went and watched chefs cook the food with real ingredients. Ends on dog eating.</w:t>
      </w:r>
    </w:p>
    <w:p>
      <w:pPr>
        <w:spacing w:before="280" w:after="80"/>
      </w:pPr>
      <w:r>
        <w:rPr>
          <w:b/>
          <w:color w:val="111111"/>
          <w:sz w:val="28"/>
        </w:rPr>
        <w:t>Talent</w:t>
      </w:r>
    </w:p>
    <w:p>
      <w:pPr>
        <w:spacing w:after="40"/>
        <w:ind w:left="144"/>
      </w:pPr>
      <w:r>
        <w:rPr>
          <w:b/>
          <w:color w:val="111111"/>
          <w:sz w:val="22"/>
        </w:rPr>
        <w:t xml:space="preserve">Age:  </w:t>
      </w:r>
      <w:r>
        <w:rPr>
          <w:color w:val="111111"/>
          <w:sz w:val="22"/>
        </w:rPr>
        <w:t>Dog parent 28-40 + her dog (any breed, lap-size to medium)</w:t>
      </w:r>
    </w:p>
    <w:p>
      <w:pPr>
        <w:spacing w:after="40"/>
        <w:ind w:left="144"/>
      </w:pPr>
      <w:r>
        <w:rPr>
          <w:b/>
          <w:color w:val="111111"/>
          <w:sz w:val="22"/>
        </w:rPr>
        <w:t xml:space="preserve">Demographic:  </w:t>
      </w:r>
      <w:r>
        <w:rPr>
          <w:color w:val="111111"/>
          <w:sz w:val="22"/>
        </w:rPr>
        <w:t>Health-conscious type, the kind who reads the ingredient list at the cafe. Bright, curious energy.</w:t>
      </w:r>
    </w:p>
    <w:p>
      <w:pPr>
        <w:spacing w:after="40"/>
        <w:ind w:left="144"/>
      </w:pPr>
      <w:r>
        <w:rPr>
          <w:b/>
          <w:color w:val="111111"/>
          <w:sz w:val="22"/>
        </w:rPr>
        <w:t xml:space="preserve">Look:  </w:t>
      </w:r>
      <w:r>
        <w:rPr>
          <w:color w:val="111111"/>
          <w:sz w:val="22"/>
        </w:rPr>
        <w:t>Linen apron over a fitted tee, hair in a clip, kitchen-tested wardrobe. Dog has a clean collar.</w:t>
      </w:r>
    </w:p>
    <w:p>
      <w:pPr>
        <w:spacing w:before="280" w:after="80"/>
      </w:pPr>
      <w:r>
        <w:rPr>
          <w:b/>
          <w:color w:val="111111"/>
          <w:sz w:val="28"/>
        </w:rPr>
        <w:t>Props &amp; gear</w:t>
      </w:r>
    </w:p>
    <w:p>
      <w:pPr>
        <w:pStyle w:val="ListBullet"/>
        <w:spacing w:after="40"/>
      </w:pPr>
      <w:r>
        <w:rPr>
          <w:color w:val="111111"/>
          <w:sz w:val="22"/>
        </w:rPr>
        <w:t>1x JFFD fresh pack opened on counter</w:t>
      </w:r>
    </w:p>
    <w:p>
      <w:pPr>
        <w:pStyle w:val="ListBullet"/>
        <w:spacing w:after="40"/>
      </w:pPr>
      <w:r>
        <w:rPr>
          <w:color w:val="111111"/>
          <w:sz w:val="22"/>
        </w:rPr>
        <w:t>1x ceramic dog bowl</w:t>
      </w:r>
    </w:p>
    <w:p>
      <w:pPr>
        <w:pStyle w:val="ListBullet"/>
        <w:spacing w:after="40"/>
      </w:pPr>
      <w:r>
        <w:rPr>
          <w:color w:val="111111"/>
          <w:sz w:val="22"/>
        </w:rPr>
        <w:t>1x cutting board</w:t>
      </w:r>
    </w:p>
    <w:p>
      <w:pPr>
        <w:pStyle w:val="ListBullet"/>
        <w:spacing w:after="40"/>
      </w:pPr>
      <w:r>
        <w:rPr>
          <w:color w:val="111111"/>
          <w:sz w:val="22"/>
        </w:rPr>
        <w:t>Real ingredients on the counter: a piece of chicken, a few peas, a carrot, a scoop of rice</w:t>
      </w:r>
    </w:p>
    <w:p>
      <w:pPr>
        <w:spacing w:before="280" w:after="80"/>
      </w:pPr>
      <w:r>
        <w:rPr>
          <w:b/>
          <w:color w:val="111111"/>
          <w:sz w:val="28"/>
        </w:rPr>
        <w:t>Hook variations</w:t>
      </w:r>
    </w:p>
    <w:p>
      <w:pPr>
        <w:spacing w:before="160" w:after="40"/>
      </w:pPr>
      <w:r>
        <w:rPr>
          <w:b/>
          <w:color w:val="FF3D8A"/>
          <w:sz w:val="24"/>
        </w:rPr>
        <w:t>Hook 1</w:t>
      </w:r>
    </w:p>
    <w:p>
      <w:pPr>
        <w:spacing w:after="80"/>
        <w:ind w:left="360"/>
      </w:pPr>
      <w:r>
        <w:rPr>
          <w:i/>
          <w:color w:val="111111"/>
          <w:sz w:val="24"/>
        </w:rPr>
        <w:t>“Transparency is really important to me so I went to the kitchen where they cook my dog's food.”</w:t>
      </w:r>
    </w:p>
    <w:p>
      <w:pPr>
        <w:spacing w:after="160"/>
        <w:ind w:left="360"/>
      </w:pPr>
      <w:r>
        <w:rPr>
          <w:i/>
          <w:color w:val="666666"/>
          <w:sz w:val="18"/>
        </w:rPr>
        <w:t>Voice pattern: X is important to me so I did Y</w:t>
      </w:r>
    </w:p>
    <w:p>
      <w:pPr>
        <w:spacing w:before="160" w:after="40"/>
      </w:pPr>
      <w:r>
        <w:rPr>
          <w:b/>
          <w:color w:val="FF3D8A"/>
          <w:sz w:val="24"/>
        </w:rPr>
        <w:t>Hook 2</w:t>
      </w:r>
    </w:p>
    <w:p>
      <w:pPr>
        <w:spacing w:after="80"/>
        <w:ind w:left="360"/>
      </w:pPr>
      <w:r>
        <w:rPr>
          <w:i/>
          <w:color w:val="111111"/>
          <w:sz w:val="24"/>
        </w:rPr>
        <w:t>“You can actually walk into the kitchen where they make this dog food.”</w:t>
      </w:r>
    </w:p>
    <w:p>
      <w:pPr>
        <w:spacing w:after="160"/>
        <w:ind w:left="360"/>
      </w:pPr>
      <w:r>
        <w:rPr>
          <w:i/>
          <w:color w:val="666666"/>
          <w:sz w:val="18"/>
        </w:rPr>
        <w:t>Voice pattern: You can actually X</w:t>
      </w:r>
    </w:p>
    <w:p>
      <w:pPr>
        <w:spacing w:before="160" w:after="40"/>
      </w:pPr>
      <w:r>
        <w:rPr>
          <w:b/>
          <w:color w:val="FF3D8A"/>
          <w:sz w:val="24"/>
        </w:rPr>
        <w:t>Hook 3</w:t>
      </w:r>
    </w:p>
    <w:p>
      <w:pPr>
        <w:spacing w:after="80"/>
        <w:ind w:left="360"/>
      </w:pPr>
      <w:r>
        <w:rPr>
          <w:i/>
          <w:color w:val="111111"/>
          <w:sz w:val="24"/>
        </w:rPr>
        <w:t>“No other dog food brand will let you watch them cook it. This one will.”</w:t>
      </w:r>
    </w:p>
    <w:p>
      <w:pPr>
        <w:spacing w:after="160"/>
        <w:ind w:left="360"/>
      </w:pPr>
      <w:r>
        <w:rPr>
          <w:i/>
          <w:color w:val="666666"/>
          <w:sz w:val="18"/>
        </w:rPr>
        <w:t>Voice pattern: No other X will let you Y. This one will.</w:t>
      </w:r>
    </w:p>
    <w:p>
      <w:pPr>
        <w:spacing w:before="160" w:after="40"/>
      </w:pPr>
      <w:r>
        <w:rPr>
          <w:b/>
          <w:color w:val="FF3D8A"/>
          <w:sz w:val="24"/>
        </w:rPr>
        <w:t>Hook 4</w:t>
      </w:r>
    </w:p>
    <w:p>
      <w:pPr>
        <w:spacing w:after="80"/>
        <w:ind w:left="360"/>
      </w:pPr>
      <w:r>
        <w:rPr>
          <w:i/>
          <w:color w:val="111111"/>
          <w:sz w:val="24"/>
        </w:rPr>
        <w:t>“I asked to see exactly how my dog's food is made and they let me come watch.”</w:t>
      </w:r>
    </w:p>
    <w:p>
      <w:pPr>
        <w:spacing w:after="160"/>
        <w:ind w:left="360"/>
      </w:pPr>
      <w:r>
        <w:rPr>
          <w:i/>
          <w:color w:val="666666"/>
          <w:sz w:val="18"/>
        </w:rPr>
        <w:t>Voice pattern: I asked to see X and they let me</w:t>
      </w:r>
    </w:p>
    <w:p>
      <w:pPr>
        <w:spacing w:before="160" w:after="40"/>
      </w:pPr>
      <w:r>
        <w:rPr>
          <w:b/>
          <w:color w:val="FF3D8A"/>
          <w:sz w:val="24"/>
        </w:rPr>
        <w:t>Hook 5</w:t>
      </w:r>
    </w:p>
    <w:p>
      <w:pPr>
        <w:spacing w:after="80"/>
        <w:ind w:left="360"/>
      </w:pPr>
      <w:r>
        <w:rPr>
          <w:i/>
          <w:color w:val="111111"/>
          <w:sz w:val="24"/>
        </w:rPr>
        <w:t>“Most dog food comes from a factory. Mine comes from a kitchen.”</w:t>
      </w:r>
    </w:p>
    <w:p>
      <w:pPr>
        <w:spacing w:after="160"/>
        <w:ind w:left="360"/>
      </w:pPr>
      <w:r>
        <w:rPr>
          <w:i/>
          <w:color w:val="666666"/>
          <w:sz w:val="18"/>
        </w:rPr>
        <w:t>Voice pattern: Most X comes from Y. Mine comes from Z.</w:t>
      </w:r>
    </w:p>
    <w:p>
      <w:pPr>
        <w:spacing w:before="280" w:after="80"/>
      </w:pPr>
      <w:r>
        <w:rPr>
          <w:b/>
          <w:color w:val="00A06E"/>
          <w:sz w:val="28"/>
        </w:rPr>
        <w:t>Full script</w:t>
      </w:r>
    </w:p>
    <w:p>
      <w:pPr>
        <w:spacing w:before="160" w:after="40"/>
      </w:pPr>
      <w:r>
        <w:rPr>
          <w:b/>
          <w:color w:val="00A06E"/>
          <w:sz w:val="24"/>
        </w:rPr>
        <w:t>0:00 - 0:04  ·  HOOK</w:t>
      </w:r>
    </w:p>
    <w:p>
      <w:pPr>
        <w:spacing w:after="40"/>
        <w:ind w:left="144"/>
      </w:pPr>
      <w:r>
        <w:rPr>
          <w:b/>
          <w:color w:val="111111"/>
          <w:sz w:val="22"/>
        </w:rPr>
        <w:t xml:space="preserve">Voiceover:  </w:t>
      </w:r>
      <w:r>
        <w:rPr>
          <w:color w:val="111111"/>
          <w:sz w:val="22"/>
        </w:rPr>
        <w:t>“Transparency is really important to me. So I went to the kitchen where they actually cook my dog's food.”</w:t>
      </w:r>
    </w:p>
    <w:p>
      <w:pPr>
        <w:spacing w:after="40"/>
        <w:ind w:left="144"/>
      </w:pPr>
      <w:r>
        <w:rPr>
          <w:b/>
          <w:color w:val="111111"/>
          <w:sz w:val="22"/>
        </w:rPr>
        <w:t xml:space="preserve">Visual:  </w:t>
      </w:r>
      <w:r>
        <w:rPr>
          <w:color w:val="111111"/>
          <w:sz w:val="22"/>
        </w:rPr>
        <w:t>Talent on camera at her kitchen island, dog sits at her feet. Holds the JFFD pack up briefly.</w:t>
      </w:r>
    </w:p>
    <w:p>
      <w:pPr>
        <w:spacing w:after="40"/>
        <w:ind w:left="144"/>
      </w:pPr>
      <w:r>
        <w:rPr>
          <w:b/>
          <w:color w:val="111111"/>
          <w:sz w:val="22"/>
        </w:rPr>
        <w:t xml:space="preserve">On-screen text:  </w:t>
      </w:r>
      <w:r>
        <w:rPr>
          <w:color w:val="111111"/>
          <w:sz w:val="22"/>
        </w:rPr>
        <w:t>Style B caption: I went to see them cook it</w:t>
      </w:r>
    </w:p>
    <w:p>
      <w:pPr>
        <w:spacing w:before="160" w:after="40"/>
      </w:pPr>
      <w:r>
        <w:rPr>
          <w:b/>
          <w:color w:val="00A06E"/>
          <w:sz w:val="24"/>
        </w:rPr>
        <w:t>0:04 - 0:10  ·  SETUP</w:t>
      </w:r>
    </w:p>
    <w:p>
      <w:pPr>
        <w:spacing w:after="40"/>
        <w:ind w:left="144"/>
      </w:pPr>
      <w:r>
        <w:rPr>
          <w:b/>
          <w:color w:val="111111"/>
          <w:sz w:val="22"/>
        </w:rPr>
        <w:t xml:space="preserve">Voiceover:  </w:t>
      </w:r>
      <w:r>
        <w:rPr>
          <w:color w:val="111111"/>
          <w:sz w:val="22"/>
        </w:rPr>
        <w:t>“And honestly, watching chefs use real ingredients in front of me changed how I think about dog food.”</w:t>
      </w:r>
    </w:p>
    <w:p>
      <w:pPr>
        <w:spacing w:after="40"/>
        <w:ind w:left="144"/>
      </w:pPr>
      <w:r>
        <w:rPr>
          <w:b/>
          <w:color w:val="111111"/>
          <w:sz w:val="22"/>
        </w:rPr>
        <w:t xml:space="preserve">Visual:  </w:t>
      </w:r>
      <w:r>
        <w:rPr>
          <w:color w:val="111111"/>
          <w:sz w:val="22"/>
        </w:rPr>
        <w:t>Cuts to her counter with chicken, peas, carrots visible. Slow pan.</w:t>
      </w:r>
    </w:p>
    <w:p>
      <w:pPr>
        <w:spacing w:before="160" w:after="40"/>
      </w:pPr>
      <w:r>
        <w:rPr>
          <w:b/>
          <w:color w:val="00A06E"/>
          <w:sz w:val="24"/>
        </w:rPr>
        <w:t>0:10 - 0:16  ·  CREDIBILITY</w:t>
      </w:r>
    </w:p>
    <w:p>
      <w:pPr>
        <w:spacing w:after="40"/>
        <w:ind w:left="144"/>
      </w:pPr>
      <w:r>
        <w:rPr>
          <w:b/>
          <w:color w:val="111111"/>
          <w:sz w:val="22"/>
        </w:rPr>
        <w:t xml:space="preserve">Voiceover:  </w:t>
      </w:r>
      <w:r>
        <w:rPr>
          <w:color w:val="111111"/>
          <w:sz w:val="22"/>
        </w:rPr>
        <w:t>“No factory line, no powder, no preservatives. They gently cook it like a regular meal.”</w:t>
      </w:r>
    </w:p>
    <w:p>
      <w:pPr>
        <w:spacing w:after="40"/>
        <w:ind w:left="144"/>
      </w:pPr>
      <w:r>
        <w:rPr>
          <w:b/>
          <w:color w:val="111111"/>
          <w:sz w:val="22"/>
        </w:rPr>
        <w:t xml:space="preserve">Visual:  </w:t>
      </w:r>
      <w:r>
        <w:rPr>
          <w:color w:val="111111"/>
          <w:sz w:val="22"/>
        </w:rPr>
        <w:t>She scoops JFFD from the pack into the ceramic bowl. Soft handheld.</w:t>
      </w:r>
    </w:p>
    <w:p>
      <w:pPr>
        <w:spacing w:after="40"/>
        <w:ind w:left="144"/>
      </w:pPr>
      <w:r>
        <w:rPr>
          <w:b/>
          <w:color w:val="111111"/>
          <w:sz w:val="22"/>
        </w:rPr>
        <w:t xml:space="preserve">On-screen text:  </w:t>
      </w:r>
      <w:r>
        <w:rPr>
          <w:color w:val="111111"/>
          <w:sz w:val="22"/>
        </w:rPr>
        <w:t>Style B caption: Gently cooked · no preservatives</w:t>
      </w:r>
    </w:p>
    <w:p>
      <w:pPr>
        <w:spacing w:before="160" w:after="40"/>
      </w:pPr>
      <w:r>
        <w:rPr>
          <w:b/>
          <w:color w:val="00A06E"/>
          <w:sz w:val="24"/>
        </w:rPr>
        <w:t>0:16 - 0:21  ·  DEMONSTRATION</w:t>
      </w:r>
    </w:p>
    <w:p>
      <w:pPr>
        <w:spacing w:after="40"/>
        <w:ind w:left="144"/>
      </w:pPr>
      <w:r>
        <w:rPr>
          <w:b/>
          <w:color w:val="111111"/>
          <w:sz w:val="22"/>
        </w:rPr>
        <w:t xml:space="preserve">Voiceover:  </w:t>
      </w:r>
      <w:r>
        <w:rPr>
          <w:color w:val="111111"/>
          <w:sz w:val="22"/>
        </w:rPr>
        <w:t>“By the time it gets to my dog's bowl, it still looks like food.”</w:t>
      </w:r>
    </w:p>
    <w:p>
      <w:pPr>
        <w:spacing w:after="40"/>
        <w:ind w:left="144"/>
      </w:pPr>
      <w:r>
        <w:rPr>
          <w:b/>
          <w:color w:val="111111"/>
          <w:sz w:val="22"/>
        </w:rPr>
        <w:t xml:space="preserve">Visual:  </w:t>
      </w:r>
      <w:r>
        <w:rPr>
          <w:color w:val="111111"/>
          <w:sz w:val="22"/>
        </w:rPr>
        <w:t>Bowl on the floor, dog walks up and starts eating. Hold on her tail wagging.</w:t>
      </w:r>
    </w:p>
    <w:p>
      <w:pPr>
        <w:spacing w:before="160" w:after="40"/>
      </w:pPr>
      <w:r>
        <w:rPr>
          <w:b/>
          <w:color w:val="00A06E"/>
          <w:sz w:val="24"/>
        </w:rPr>
        <w:t>0:21 - 0:26  ·  CTA</w:t>
      </w:r>
    </w:p>
    <w:p>
      <w:pPr>
        <w:spacing w:after="40"/>
        <w:ind w:left="144"/>
      </w:pPr>
      <w:r>
        <w:rPr>
          <w:b/>
          <w:color w:val="111111"/>
          <w:sz w:val="22"/>
        </w:rPr>
        <w:t xml:space="preserve">Voiceover:  </w:t>
      </w:r>
      <w:r>
        <w:rPr>
          <w:color w:val="111111"/>
          <w:sz w:val="22"/>
        </w:rPr>
        <w:t>“Check it out, 50% off your first box.”</w:t>
      </w:r>
    </w:p>
    <w:p>
      <w:pPr>
        <w:spacing w:after="40"/>
        <w:ind w:left="144"/>
      </w:pPr>
      <w:r>
        <w:rPr>
          <w:b/>
          <w:color w:val="111111"/>
          <w:sz w:val="22"/>
        </w:rPr>
        <w:t xml:space="preserve">Visual:  </w:t>
      </w:r>
      <w:r>
        <w:rPr>
          <w:color w:val="111111"/>
          <w:sz w:val="22"/>
        </w:rPr>
        <w:t>Back on talent, dog mid-chew behind her.</w:t>
      </w:r>
    </w:p>
    <w:p>
      <w:pPr>
        <w:spacing w:after="40"/>
        <w:ind w:left="144"/>
      </w:pPr>
      <w:r>
        <w:rPr>
          <w:b/>
          <w:color w:val="111111"/>
          <w:sz w:val="22"/>
        </w:rPr>
        <w:t xml:space="preserve">On-screen text:  </w:t>
      </w:r>
      <w:r>
        <w:rPr>
          <w:color w:val="111111"/>
          <w:sz w:val="22"/>
        </w:rPr>
        <w:t>Style B caption: 50% off · first box</w:t>
      </w:r>
    </w:p>
    <w:p>
      <w:pPr>
        <w:spacing w:before="280" w:after="80"/>
      </w:pPr>
      <w:r>
        <w:rPr>
          <w:b/>
          <w:color w:val="111111"/>
          <w:sz w:val="28"/>
        </w:rPr>
        <w:t>Why it should work</w:t>
      </w:r>
    </w:p>
    <w:p>
      <w:pPr>
        <w:spacing w:after="120"/>
      </w:pPr>
      <w:r>
        <w:rPr>
          <w:i w:val="0"/>
          <w:color w:val="111111"/>
          <w:sz w:val="22"/>
        </w:rPr>
        <w:t>Stadler Whitelist video ($2965 at 6.2% CTR, highest CTR over $1k in 7d) and the Izabela NYC Kitchen video both pull on the same belief: I can see it cooked. We extend with a stronger demo loop.</w:t>
      </w:r>
    </w:p>
    <w:p>
      <w:pPr>
        <w:spacing w:before="280" w:after="80"/>
      </w:pPr>
      <w:r>
        <w:rPr>
          <w:b/>
          <w:color w:val="111111"/>
          <w:sz w:val="28"/>
        </w:rPr>
        <w:t>Production notes</w:t>
      </w:r>
    </w:p>
    <w:p>
      <w:pPr>
        <w:spacing w:after="120"/>
      </w:pPr>
      <w:r>
        <w:rPr>
          <w:i w:val="0"/>
          <w:color w:val="111111"/>
          <w:sz w:val="22"/>
        </w:rPr>
        <w:t>Single talent + one dog. Warehouse kitchen dressed as a real home kitchen with morning light. Shoot on iPhone. ~26 seconds. One location day.</w:t>
      </w:r>
    </w:p>
    <w:p>
      <w:pPr>
        <w:spacing w:before="280" w:after="80"/>
      </w:pPr>
      <w:r>
        <w:rPr>
          <w:b/>
          <w:color w:val="111111"/>
          <w:sz w:val="28"/>
        </w:rPr>
        <w:t>Source winners</w:t>
      </w:r>
    </w:p>
    <w:p>
      <w:pPr>
        <w:pStyle w:val="ListBullet"/>
        <w:spacing w:after="40"/>
      </w:pPr>
      <w:r>
        <w:rPr>
          <w:color w:val="111111"/>
          <w:sz w:val="22"/>
        </w:rPr>
        <w:t>Mktg_Whitelisted_NTH_thestadlerfam ($2965 / 6.2% CTR)</w:t>
      </w:r>
    </w:p>
    <w:p>
      <w:pPr>
        <w:pStyle w:val="ListBullet"/>
        <w:spacing w:after="40"/>
      </w:pPr>
      <w:r>
        <w:rPr>
          <w:color w:val="111111"/>
          <w:sz w:val="22"/>
        </w:rPr>
        <w:t>MSA Come With Me NYC Izabela ($5373 30d / top-8 thumbstop)</w:t>
      </w:r>
    </w:p>
    <w:p>
      <w:pPr>
        <w:spacing w:before="400"/>
      </w:pPr>
      <w:r>
        <w:rPr>
          <w:color w:val="666666"/>
          <w:sz w:val="16"/>
        </w:rPr>
        <w:t>★ Orion  ·  GASSED  ·  JustFoodForDogs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tionaccountassets.blob.core.windows.net/66c37c9f6a1b9f411de10a58/creativeassetfacebook/69f4f730bb87ba4bd1c1af09/video.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