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FF3D8A"/>
          <w:sz w:val="22"/>
        </w:rPr>
        <w:t xml:space="preserve">★ </w:t>
      </w:r>
      <w:r>
        <w:rPr>
          <w:rFonts w:ascii="Courier New" w:hAnsi="Courier New"/>
          <w:b/>
          <w:color w:val="FF3D8A"/>
          <w:sz w:val="18"/>
        </w:rPr>
        <w:t xml:space="preserve">ORION  ·  </w:t>
      </w:r>
      <w:r>
        <w:rPr>
          <w:color w:val="666666"/>
          <w:sz w:val="18"/>
        </w:rPr>
        <w:t>JustFoodForDogs  ·  Creative Brief</w:t>
      </w:r>
    </w:p>
    <w:p>
      <w:pPr>
        <w:spacing w:before="120" w:after="0"/>
      </w:pPr>
      <w:r>
        <w:rPr>
          <w:b/>
          <w:color w:val="FF3D8A"/>
          <w:sz w:val="18"/>
        </w:rPr>
        <w:t>CONCEPT 2</w:t>
      </w:r>
    </w:p>
    <w:p>
      <w:pPr>
        <w:spacing w:before="0" w:after="160"/>
      </w:pPr>
      <w:r>
        <w:rPr>
          <w:b/>
          <w:color w:val="111111"/>
          <w:sz w:val="44"/>
        </w:rPr>
        <w:t>Business Insider Made Me Buy It</w:t>
      </w:r>
    </w:p>
    <w:p>
      <w:pPr>
        <w:spacing w:after="160"/>
        <w:ind w:left="360"/>
      </w:pPr>
      <w:r>
        <w:rPr>
          <w:i/>
          <w:color w:val="666666"/>
          <w:sz w:val="18"/>
        </w:rPr>
        <w:t>Persona: Cautious researcher pet parent 35-50  ·  Hook: Authority Citation  ·  Format: Authority Endorsement UGC  ·  Asset: Video</w:t>
      </w:r>
    </w:p>
    <w:p>
      <w:pPr>
        <w:spacing w:before="280" w:after="80"/>
      </w:pPr>
      <w:r>
        <w:rPr>
          <w:b/>
          <w:color w:val="FF3D8A"/>
          <w:sz w:val="28"/>
        </w:rPr>
        <w:t>📺 Emulating this format</w:t>
      </w:r>
    </w:p>
    <w:p>
      <w:pPr>
        <w:spacing w:after="40"/>
      </w:pPr>
      <w:r>
        <w:rPr>
          <w:b/>
          <w:color w:val="111111"/>
          <w:sz w:val="24"/>
        </w:rPr>
        <w:t>Business Insider Review (Premium Pet Parents)</w:t>
      </w:r>
    </w:p>
    <w:p>
      <w:pPr>
        <w:spacing w:after="80"/>
      </w:pPr>
      <w:hyperlink r:id="rId9">
        <w:r>
          <w:rPr>
            <w:rFonts w:ascii="Arial"/>
            <w:sz w:val="20"/>
            <w:color w:val="FF3D8A"/>
            <w:u w:val="single"/>
          </w:rPr>
          <w:t xml:space="preserve">▶ Watch full MP4</w:t>
        </w:r>
      </w:hyperlink>
    </w:p>
    <w:p>
      <w:pPr>
        <w:spacing w:before="280" w:after="80"/>
      </w:pPr>
      <w:r>
        <w:rPr>
          <w:b/>
          <w:color w:val="111111"/>
          <w:sz w:val="28"/>
        </w:rPr>
        <w:t>Concept</w:t>
      </w:r>
    </w:p>
    <w:p>
      <w:pPr>
        <w:spacing w:after="120"/>
      </w:pPr>
      <w:r>
        <w:rPr>
          <w:i w:val="0"/>
          <w:color w:val="111111"/>
          <w:sz w:val="22"/>
        </w:rPr>
        <w:t>Dog parent in living room with small dog on lap. Scrolls phone showing the actual Business Insider article. Pivots to her own kitchen with the JFFD pack, shows the dog reaction in real time.</w:t>
      </w:r>
    </w:p>
    <w:p>
      <w:pPr>
        <w:spacing w:before="280" w:after="80"/>
      </w:pPr>
      <w:r>
        <w:rPr>
          <w:b/>
          <w:color w:val="111111"/>
          <w:sz w:val="28"/>
        </w:rPr>
        <w:t>Talent</w:t>
      </w:r>
    </w:p>
    <w:p>
      <w:pPr>
        <w:spacing w:after="40"/>
        <w:ind w:left="144"/>
      </w:pPr>
      <w:r>
        <w:rPr>
          <w:b/>
          <w:color w:val="111111"/>
          <w:sz w:val="22"/>
        </w:rPr>
        <w:t xml:space="preserve">Age:  </w:t>
      </w:r>
      <w:r>
        <w:rPr>
          <w:color w:val="111111"/>
          <w:sz w:val="22"/>
        </w:rPr>
        <w:t>Dog parent 35-48 + small dog (Chihuahua or similar, sits on lap)</w:t>
      </w:r>
    </w:p>
    <w:p>
      <w:pPr>
        <w:spacing w:after="40"/>
        <w:ind w:left="144"/>
      </w:pPr>
      <w:r>
        <w:rPr>
          <w:b/>
          <w:color w:val="111111"/>
          <w:sz w:val="22"/>
        </w:rPr>
        <w:t xml:space="preserve">Demographic:  </w:t>
      </w:r>
      <w:r>
        <w:rPr>
          <w:color w:val="111111"/>
          <w:sz w:val="22"/>
        </w:rPr>
        <w:t>Researcher type, looks like she alphabetizes her spice rack. Could be a school administrator or a project manager. Calm, measured speech.</w:t>
      </w:r>
    </w:p>
    <w:p>
      <w:pPr>
        <w:spacing w:after="40"/>
        <w:ind w:left="144"/>
      </w:pPr>
      <w:r>
        <w:rPr>
          <w:b/>
          <w:color w:val="111111"/>
          <w:sz w:val="22"/>
        </w:rPr>
        <w:t xml:space="preserve">Look:  </w:t>
      </w:r>
      <w:r>
        <w:rPr>
          <w:color w:val="111111"/>
          <w:sz w:val="22"/>
        </w:rPr>
        <w:t>Soft cardigan, reading glasses pushed up, neat ponytail. Living room couch with a throw blanket. Dog wears collar, no costume.</w:t>
      </w:r>
    </w:p>
    <w:p>
      <w:pPr>
        <w:spacing w:before="280" w:after="80"/>
      </w:pPr>
      <w:r>
        <w:rPr>
          <w:b/>
          <w:color w:val="111111"/>
          <w:sz w:val="28"/>
        </w:rPr>
        <w:t>Props &amp; gear</w:t>
      </w:r>
    </w:p>
    <w:p>
      <w:pPr>
        <w:pStyle w:val="ListBullet"/>
        <w:spacing w:after="40"/>
      </w:pPr>
      <w:r>
        <w:rPr>
          <w:color w:val="111111"/>
          <w:sz w:val="22"/>
        </w:rPr>
        <w:t>1x JFFD fresh pack</w:t>
      </w:r>
    </w:p>
    <w:p>
      <w:pPr>
        <w:pStyle w:val="ListBullet"/>
        <w:spacing w:after="40"/>
      </w:pPr>
      <w:r>
        <w:rPr>
          <w:color w:val="111111"/>
          <w:sz w:val="22"/>
        </w:rPr>
        <w:t>1x ceramic dog bowl</w:t>
      </w:r>
    </w:p>
    <w:p>
      <w:pPr>
        <w:pStyle w:val="ListBullet"/>
        <w:spacing w:after="40"/>
      </w:pPr>
      <w:r>
        <w:rPr>
          <w:color w:val="111111"/>
          <w:sz w:val="22"/>
        </w:rPr>
        <w:t>Printed screenshot of the Business Insider article (or have it loaded on her phone)</w:t>
      </w:r>
    </w:p>
    <w:p>
      <w:pPr>
        <w:pStyle w:val="ListBullet"/>
        <w:spacing w:after="40"/>
      </w:pPr>
      <w:r>
        <w:rPr>
          <w:color w:val="111111"/>
          <w:sz w:val="22"/>
        </w:rPr>
        <w:t>Throw blanket on the couch</w:t>
      </w:r>
    </w:p>
    <w:p>
      <w:pPr>
        <w:spacing w:before="280" w:after="80"/>
      </w:pPr>
      <w:r>
        <w:rPr>
          <w:b/>
          <w:color w:val="111111"/>
          <w:sz w:val="28"/>
        </w:rPr>
        <w:t>Hook variations</w:t>
      </w:r>
    </w:p>
    <w:p>
      <w:pPr>
        <w:spacing w:before="160" w:after="40"/>
      </w:pPr>
      <w:r>
        <w:rPr>
          <w:b/>
          <w:color w:val="FF3D8A"/>
          <w:sz w:val="24"/>
        </w:rPr>
        <w:t>Hook 1</w:t>
      </w:r>
    </w:p>
    <w:p>
      <w:pPr>
        <w:spacing w:after="80"/>
        <w:ind w:left="360"/>
      </w:pPr>
      <w:r>
        <w:rPr>
          <w:i/>
          <w:color w:val="111111"/>
          <w:sz w:val="24"/>
        </w:rPr>
        <w:t>“I tried the number one fresh dog food brand according to Business Insider.”</w:t>
      </w:r>
    </w:p>
    <w:p>
      <w:pPr>
        <w:spacing w:after="160"/>
        <w:ind w:left="360"/>
      </w:pPr>
      <w:r>
        <w:rPr>
          <w:i/>
          <w:color w:val="666666"/>
          <w:sz w:val="18"/>
        </w:rPr>
        <w:t>Voice pattern: I tried the #1 X according to Y</w:t>
      </w:r>
    </w:p>
    <w:p>
      <w:pPr>
        <w:spacing w:before="160" w:after="40"/>
      </w:pPr>
      <w:r>
        <w:rPr>
          <w:b/>
          <w:color w:val="FF3D8A"/>
          <w:sz w:val="24"/>
        </w:rPr>
        <w:t>Hook 2</w:t>
      </w:r>
    </w:p>
    <w:p>
      <w:pPr>
        <w:spacing w:after="80"/>
        <w:ind w:left="360"/>
      </w:pPr>
      <w:r>
        <w:rPr>
          <w:i/>
          <w:color w:val="111111"/>
          <w:sz w:val="24"/>
        </w:rPr>
        <w:t>“Business Insider named one fresh dog food brand the best so obviously I had to try it.”</w:t>
      </w:r>
    </w:p>
    <w:p>
      <w:pPr>
        <w:spacing w:after="160"/>
        <w:ind w:left="360"/>
      </w:pPr>
      <w:r>
        <w:rPr>
          <w:i/>
          <w:color w:val="666666"/>
          <w:sz w:val="18"/>
        </w:rPr>
        <w:t>Voice pattern: Business Insider named X so I had to try it</w:t>
      </w:r>
    </w:p>
    <w:p>
      <w:pPr>
        <w:spacing w:before="160" w:after="40"/>
      </w:pPr>
      <w:r>
        <w:rPr>
          <w:b/>
          <w:color w:val="FF3D8A"/>
          <w:sz w:val="24"/>
        </w:rPr>
        <w:t>Hook 3</w:t>
      </w:r>
    </w:p>
    <w:p>
      <w:pPr>
        <w:spacing w:after="80"/>
        <w:ind w:left="360"/>
      </w:pPr>
      <w:r>
        <w:rPr>
          <w:i/>
          <w:color w:val="111111"/>
          <w:sz w:val="24"/>
        </w:rPr>
        <w:t>“I do not trust brand claims, I trust press reviews, and this one made me pull the trigger.”</w:t>
      </w:r>
    </w:p>
    <w:p>
      <w:pPr>
        <w:spacing w:after="160"/>
        <w:ind w:left="360"/>
      </w:pPr>
      <w:r>
        <w:rPr>
          <w:i/>
          <w:color w:val="666666"/>
          <w:sz w:val="18"/>
        </w:rPr>
        <w:t>Voice pattern: I do not trust X, I trust Y</w:t>
      </w:r>
    </w:p>
    <w:p>
      <w:pPr>
        <w:spacing w:before="160" w:after="40"/>
      </w:pPr>
      <w:r>
        <w:rPr>
          <w:b/>
          <w:color w:val="FF3D8A"/>
          <w:sz w:val="24"/>
        </w:rPr>
        <w:t>Hook 4</w:t>
      </w:r>
    </w:p>
    <w:p>
      <w:pPr>
        <w:spacing w:after="80"/>
        <w:ind w:left="360"/>
      </w:pPr>
      <w:r>
        <w:rPr>
          <w:i/>
          <w:color w:val="111111"/>
          <w:sz w:val="24"/>
        </w:rPr>
        <w:t>“Three different reviewers picked the same fresh dog food brand so I gave in.”</w:t>
      </w:r>
    </w:p>
    <w:p>
      <w:pPr>
        <w:spacing w:after="160"/>
        <w:ind w:left="360"/>
      </w:pPr>
      <w:r>
        <w:rPr>
          <w:i/>
          <w:color w:val="666666"/>
          <w:sz w:val="18"/>
        </w:rPr>
        <w:t>Voice pattern: X different people picked the same Y</w:t>
      </w:r>
    </w:p>
    <w:p>
      <w:pPr>
        <w:spacing w:before="160" w:after="40"/>
      </w:pPr>
      <w:r>
        <w:rPr>
          <w:b/>
          <w:color w:val="FF3D8A"/>
          <w:sz w:val="24"/>
        </w:rPr>
        <w:t>Hook 5</w:t>
      </w:r>
    </w:p>
    <w:p>
      <w:pPr>
        <w:spacing w:after="80"/>
        <w:ind w:left="360"/>
      </w:pPr>
      <w:r>
        <w:rPr>
          <w:i/>
          <w:color w:val="111111"/>
          <w:sz w:val="24"/>
        </w:rPr>
        <w:t>“If Business Insider is calling it the best fresh dog food, I am at least going to look.”</w:t>
      </w:r>
    </w:p>
    <w:p>
      <w:pPr>
        <w:spacing w:after="160"/>
        <w:ind w:left="360"/>
      </w:pPr>
      <w:r>
        <w:rPr>
          <w:i/>
          <w:color w:val="666666"/>
          <w:sz w:val="18"/>
        </w:rPr>
        <w:t>Voice pattern: If X is calling it Y, I am at least going to Z</w:t>
      </w:r>
    </w:p>
    <w:p>
      <w:pPr>
        <w:spacing w:before="280" w:after="80"/>
      </w:pPr>
      <w:r>
        <w:rPr>
          <w:b/>
          <w:color w:val="00A06E"/>
          <w:sz w:val="28"/>
        </w:rPr>
        <w:t>Full script</w:t>
      </w:r>
    </w:p>
    <w:p>
      <w:pPr>
        <w:spacing w:before="160" w:after="40"/>
      </w:pPr>
      <w:r>
        <w:rPr>
          <w:b/>
          <w:color w:val="00A06E"/>
          <w:sz w:val="24"/>
        </w:rPr>
        <w:t>0:00 - 0:04  ·  HOOK</w:t>
      </w:r>
    </w:p>
    <w:p>
      <w:pPr>
        <w:spacing w:after="40"/>
        <w:ind w:left="144"/>
      </w:pPr>
      <w:r>
        <w:rPr>
          <w:b/>
          <w:color w:val="111111"/>
          <w:sz w:val="22"/>
        </w:rPr>
        <w:t xml:space="preserve">Voiceover:  </w:t>
      </w:r>
      <w:r>
        <w:rPr>
          <w:color w:val="111111"/>
          <w:sz w:val="22"/>
        </w:rPr>
        <w:t>“I tried the number one fresh dog food brand according to Business Insider.”</w:t>
      </w:r>
    </w:p>
    <w:p>
      <w:pPr>
        <w:spacing w:after="40"/>
        <w:ind w:left="144"/>
      </w:pPr>
      <w:r>
        <w:rPr>
          <w:b/>
          <w:color w:val="111111"/>
          <w:sz w:val="22"/>
        </w:rPr>
        <w:t xml:space="preserve">Visual:  </w:t>
      </w:r>
      <w:r>
        <w:rPr>
          <w:color w:val="111111"/>
          <w:sz w:val="22"/>
        </w:rPr>
        <w:t>Talent on couch with dog in her lap, holds her phone up showing the article headline.</w:t>
      </w:r>
    </w:p>
    <w:p>
      <w:pPr>
        <w:spacing w:after="40"/>
        <w:ind w:left="144"/>
      </w:pPr>
      <w:r>
        <w:rPr>
          <w:b/>
          <w:color w:val="111111"/>
          <w:sz w:val="22"/>
        </w:rPr>
        <w:t xml:space="preserve">On-screen text:  </w:t>
      </w:r>
      <w:r>
        <w:rPr>
          <w:color w:val="111111"/>
          <w:sz w:val="22"/>
        </w:rPr>
        <w:t>Style A caption: Business Insider named it #1</w:t>
      </w:r>
    </w:p>
    <w:p>
      <w:pPr>
        <w:spacing w:before="160" w:after="40"/>
      </w:pPr>
      <w:r>
        <w:rPr>
          <w:b/>
          <w:color w:val="00A06E"/>
          <w:sz w:val="24"/>
        </w:rPr>
        <w:t>0:04 - 0:10  ·  SETUP</w:t>
      </w:r>
    </w:p>
    <w:p>
      <w:pPr>
        <w:spacing w:after="40"/>
        <w:ind w:left="144"/>
      </w:pPr>
      <w:r>
        <w:rPr>
          <w:b/>
          <w:color w:val="111111"/>
          <w:sz w:val="22"/>
        </w:rPr>
        <w:t xml:space="preserve">Voiceover:  </w:t>
      </w:r>
      <w:r>
        <w:rPr>
          <w:color w:val="111111"/>
          <w:sz w:val="22"/>
        </w:rPr>
        <w:t>“And honestly, that is the only reason I tried it. I do not trust brand claims, I trust press.”</w:t>
      </w:r>
    </w:p>
    <w:p>
      <w:pPr>
        <w:spacing w:after="40"/>
        <w:ind w:left="144"/>
      </w:pPr>
      <w:r>
        <w:rPr>
          <w:b/>
          <w:color w:val="111111"/>
          <w:sz w:val="22"/>
        </w:rPr>
        <w:t xml:space="preserve">Visual:  </w:t>
      </w:r>
      <w:r>
        <w:rPr>
          <w:color w:val="111111"/>
          <w:sz w:val="22"/>
        </w:rPr>
        <w:t>Pinch-zooms into the article on her phone. Dog yawns.</w:t>
      </w:r>
    </w:p>
    <w:p>
      <w:pPr>
        <w:spacing w:before="160" w:after="40"/>
      </w:pPr>
      <w:r>
        <w:rPr>
          <w:b/>
          <w:color w:val="00A06E"/>
          <w:sz w:val="24"/>
        </w:rPr>
        <w:t>0:10 - 0:16  ·  CREDIBILITY</w:t>
      </w:r>
    </w:p>
    <w:p>
      <w:pPr>
        <w:spacing w:after="40"/>
        <w:ind w:left="144"/>
      </w:pPr>
      <w:r>
        <w:rPr>
          <w:b/>
          <w:color w:val="111111"/>
          <w:sz w:val="22"/>
        </w:rPr>
        <w:t xml:space="preserve">Voiceover:  </w:t>
      </w:r>
      <w:r>
        <w:rPr>
          <w:color w:val="111111"/>
          <w:sz w:val="22"/>
        </w:rPr>
        <w:t>“So I ordered a couple bags. Human grade ingredients, no preservatives, no growth hormone.”</w:t>
      </w:r>
    </w:p>
    <w:p>
      <w:pPr>
        <w:spacing w:after="40"/>
        <w:ind w:left="144"/>
      </w:pPr>
      <w:r>
        <w:rPr>
          <w:b/>
          <w:color w:val="111111"/>
          <w:sz w:val="22"/>
        </w:rPr>
        <w:t xml:space="preserve">Visual:  </w:t>
      </w:r>
      <w:r>
        <w:rPr>
          <w:color w:val="111111"/>
          <w:sz w:val="22"/>
        </w:rPr>
        <w:t>Cut to her kitchen counter. JFFD pack opened, she points at the visible chicken, rice, peas, carrots.</w:t>
      </w:r>
    </w:p>
    <w:p>
      <w:pPr>
        <w:spacing w:after="40"/>
        <w:ind w:left="144"/>
      </w:pPr>
      <w:r>
        <w:rPr>
          <w:b/>
          <w:color w:val="111111"/>
          <w:sz w:val="22"/>
        </w:rPr>
        <w:t xml:space="preserve">On-screen text:  </w:t>
      </w:r>
      <w:r>
        <w:rPr>
          <w:color w:val="111111"/>
          <w:sz w:val="22"/>
        </w:rPr>
        <w:t>Style A caption: Chicken · rice · peas · carrots</w:t>
      </w:r>
    </w:p>
    <w:p>
      <w:pPr>
        <w:spacing w:before="160" w:after="40"/>
      </w:pPr>
      <w:r>
        <w:rPr>
          <w:b/>
          <w:color w:val="00A06E"/>
          <w:sz w:val="24"/>
        </w:rPr>
        <w:t>0:16 - 0:22  ·  PROOF</w:t>
      </w:r>
    </w:p>
    <w:p>
      <w:pPr>
        <w:spacing w:after="40"/>
        <w:ind w:left="144"/>
      </w:pPr>
      <w:r>
        <w:rPr>
          <w:b/>
          <w:color w:val="111111"/>
          <w:sz w:val="22"/>
        </w:rPr>
        <w:t xml:space="preserve">Voiceover:  </w:t>
      </w:r>
      <w:r>
        <w:rPr>
          <w:color w:val="111111"/>
          <w:sz w:val="22"/>
        </w:rPr>
        <w:t>“Then I gave it to her. And she licks the bowl every single meal now.”</w:t>
      </w:r>
    </w:p>
    <w:p>
      <w:pPr>
        <w:spacing w:after="40"/>
        <w:ind w:left="144"/>
      </w:pPr>
      <w:r>
        <w:rPr>
          <w:b/>
          <w:color w:val="111111"/>
          <w:sz w:val="22"/>
        </w:rPr>
        <w:t xml:space="preserve">Visual:  </w:t>
      </w:r>
      <w:r>
        <w:rPr>
          <w:color w:val="111111"/>
          <w:sz w:val="22"/>
        </w:rPr>
        <w:t>Dog at the ceramic bowl, full-on lick. Pull back to show the empty bowl.</w:t>
      </w:r>
    </w:p>
    <w:p>
      <w:pPr>
        <w:spacing w:before="160" w:after="40"/>
      </w:pPr>
      <w:r>
        <w:rPr>
          <w:b/>
          <w:color w:val="00A06E"/>
          <w:sz w:val="24"/>
        </w:rPr>
        <w:t>0:22 - 0:28  ·  CTA</w:t>
      </w:r>
    </w:p>
    <w:p>
      <w:pPr>
        <w:spacing w:after="40"/>
        <w:ind w:left="144"/>
      </w:pPr>
      <w:r>
        <w:rPr>
          <w:b/>
          <w:color w:val="111111"/>
          <w:sz w:val="22"/>
        </w:rPr>
        <w:t xml:space="preserve">Voiceover:  </w:t>
      </w:r>
      <w:r>
        <w:rPr>
          <w:color w:val="111111"/>
          <w:sz w:val="22"/>
        </w:rPr>
        <w:t>“By the way, they are running 50% off your first box right now. Check it out.”</w:t>
      </w:r>
    </w:p>
    <w:p>
      <w:pPr>
        <w:spacing w:after="40"/>
        <w:ind w:left="144"/>
      </w:pPr>
      <w:r>
        <w:rPr>
          <w:b/>
          <w:color w:val="111111"/>
          <w:sz w:val="22"/>
        </w:rPr>
        <w:t xml:space="preserve">Visual:  </w:t>
      </w:r>
      <w:r>
        <w:rPr>
          <w:color w:val="111111"/>
          <w:sz w:val="22"/>
        </w:rPr>
        <w:t>Back on couch, dog on lap, holds the JFFD pack.</w:t>
      </w:r>
    </w:p>
    <w:p>
      <w:pPr>
        <w:spacing w:after="40"/>
        <w:ind w:left="144"/>
      </w:pPr>
      <w:r>
        <w:rPr>
          <w:b/>
          <w:color w:val="111111"/>
          <w:sz w:val="22"/>
        </w:rPr>
        <w:t xml:space="preserve">On-screen text:  </w:t>
      </w:r>
      <w:r>
        <w:rPr>
          <w:color w:val="111111"/>
          <w:sz w:val="22"/>
        </w:rPr>
        <w:t>Style A caption: 50% off · first box</w:t>
      </w:r>
    </w:p>
    <w:p>
      <w:pPr>
        <w:spacing w:before="280" w:after="80"/>
      </w:pPr>
      <w:r>
        <w:rPr>
          <w:b/>
          <w:color w:val="111111"/>
          <w:sz w:val="28"/>
        </w:rPr>
        <w:t>Why it should work</w:t>
      </w:r>
    </w:p>
    <w:p>
      <w:pPr>
        <w:spacing w:after="120"/>
      </w:pPr>
      <w:r>
        <w:rPr>
          <w:i w:val="0"/>
          <w:color w:val="111111"/>
          <w:sz w:val="22"/>
        </w:rPr>
        <w:t>Business Insider Review video did $4803 at #2 spend rank in 7d with 1.78% CTR. The third-party authority frame outperformed self-claims. We double down with a tighter version that puts the article on screen.</w:t>
      </w:r>
    </w:p>
    <w:p>
      <w:pPr>
        <w:spacing w:before="280" w:after="80"/>
      </w:pPr>
      <w:r>
        <w:rPr>
          <w:b/>
          <w:color w:val="111111"/>
          <w:sz w:val="28"/>
        </w:rPr>
        <w:t>Production notes</w:t>
      </w:r>
    </w:p>
    <w:p>
      <w:pPr>
        <w:spacing w:after="120"/>
      </w:pPr>
      <w:r>
        <w:rPr>
          <w:i w:val="0"/>
          <w:color w:val="111111"/>
          <w:sz w:val="22"/>
        </w:rPr>
        <w:t>Single talent + one small dog, warehouse living room dressed as a real living room. Shoot on iPhone. ~28 seconds. One location day.</w:t>
      </w:r>
    </w:p>
    <w:p>
      <w:pPr>
        <w:spacing w:before="280" w:after="80"/>
      </w:pPr>
      <w:r>
        <w:rPr>
          <w:b/>
          <w:color w:val="111111"/>
          <w:sz w:val="28"/>
        </w:rPr>
        <w:t>Source winners</w:t>
      </w:r>
    </w:p>
    <w:p>
      <w:pPr>
        <w:pStyle w:val="ListBullet"/>
        <w:spacing w:after="40"/>
      </w:pPr>
      <w:r>
        <w:rPr>
          <w:color w:val="111111"/>
          <w:sz w:val="22"/>
        </w:rPr>
        <w:t>GASS009_03 Business Insider Review video ($4803 / 1.78% CTR)</w:t>
      </w:r>
    </w:p>
    <w:p>
      <w:pPr>
        <w:pStyle w:val="ListBullet"/>
        <w:spacing w:after="40"/>
      </w:pPr>
      <w:r>
        <w:rPr>
          <w:color w:val="111111"/>
          <w:sz w:val="22"/>
        </w:rPr>
        <w:t>Business Insider 30d cumulative ($6017)</w:t>
      </w:r>
    </w:p>
    <w:p>
      <w:pPr>
        <w:spacing w:before="400"/>
      </w:pPr>
      <w:r>
        <w:rPr>
          <w:color w:val="666666"/>
          <w:sz w:val="16"/>
        </w:rPr>
        <w:t>★ Orion  ·  GASSED  ·  JustFoodForDogs  ·  Edit freely. Share with team or client.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otionaccountassets.blob.core.windows.net/66c37c9f6a1b9f411de10a58/creativeassetfacebook/69f963148cb4477ac7c8b27e/video.m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