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JustFoodForDogs  ·  Creative Brief</w:t>
      </w:r>
    </w:p>
    <w:p>
      <w:pPr>
        <w:spacing w:before="120" w:after="0"/>
      </w:pPr>
      <w:r>
        <w:rPr>
          <w:b/>
          <w:color w:val="FF3D8A"/>
          <w:sz w:val="18"/>
        </w:rPr>
        <w:t>CONCEPT 1</w:t>
      </w:r>
    </w:p>
    <w:p>
      <w:pPr>
        <w:spacing w:before="0" w:after="160"/>
      </w:pPr>
      <w:r>
        <w:rPr>
          <w:b/>
          <w:color w:val="111111"/>
          <w:sz w:val="44"/>
        </w:rPr>
        <w:t>Vet Calls It Fast Food</w:t>
      </w:r>
    </w:p>
    <w:p>
      <w:pPr>
        <w:spacing w:after="160"/>
        <w:ind w:left="360"/>
      </w:pPr>
      <w:r>
        <w:rPr>
          <w:i/>
          <w:color w:val="666666"/>
          <w:sz w:val="18"/>
        </w:rPr>
        <w:t>Persona: Premium pet parents 30-45  ·  Hook: Insider Confession  ·  Format: UGC Comparison Confession  ·  Asset: Video</w:t>
      </w:r>
    </w:p>
    <w:p>
      <w:pPr>
        <w:spacing w:before="280" w:after="80"/>
      </w:pPr>
      <w:r>
        <w:rPr>
          <w:b/>
          <w:color w:val="FF3D8A"/>
          <w:sz w:val="28"/>
        </w:rPr>
        <w:t>📺 Emulating this format</w:t>
      </w:r>
    </w:p>
    <w:p>
      <w:pPr>
        <w:spacing w:after="40"/>
      </w:pPr>
      <w:r>
        <w:rPr>
          <w:b/>
          <w:color w:val="111111"/>
          <w:sz w:val="24"/>
        </w:rPr>
        <w:t>MSA JFFD vs. Cesar (Video)</w:t>
      </w:r>
    </w:p>
    <w:p>
      <w:pPr>
        <w:spacing w:after="80"/>
      </w:pPr>
      <w:hyperlink r:id="rId9">
        <w:r>
          <w:rPr>
            <w:rFonts w:ascii="Arial"/>
            <w:sz w:val="20"/>
            <w:color w:val="FF3D8A"/>
            <w:u w:val="single"/>
          </w:rPr>
          <w:t xml:space="preserve">▶ Watch full MP4</w:t>
        </w:r>
      </w:hyperlink>
    </w:p>
    <w:p>
      <w:pPr>
        <w:spacing w:before="280" w:after="80"/>
      </w:pPr>
      <w:r>
        <w:rPr>
          <w:b/>
          <w:color w:val="111111"/>
          <w:sz w:val="28"/>
        </w:rPr>
        <w:t>Concept</w:t>
      </w:r>
    </w:p>
    <w:p>
      <w:pPr>
        <w:spacing w:after="120"/>
      </w:pPr>
      <w:r>
        <w:rPr>
          <w:i w:val="0"/>
          <w:color w:val="111111"/>
          <w:sz w:val="22"/>
        </w:rPr>
        <w:t>Dog mom in her kitchen, holding a Cesar pouch, drops the line her vet said out loud. Walks the camera over to the JFFD packet in her fridge and shows what her dog eats now. Coat and bowl-licking proof shots in between.</w:t>
      </w:r>
    </w:p>
    <w:p>
      <w:pPr>
        <w:spacing w:before="280" w:after="80"/>
      </w:pPr>
      <w:r>
        <w:rPr>
          <w:b/>
          <w:color w:val="111111"/>
          <w:sz w:val="28"/>
        </w:rPr>
        <w:t>Talent</w:t>
      </w:r>
    </w:p>
    <w:p>
      <w:pPr>
        <w:spacing w:after="40"/>
        <w:ind w:left="144"/>
      </w:pPr>
      <w:r>
        <w:rPr>
          <w:b/>
          <w:color w:val="111111"/>
          <w:sz w:val="22"/>
        </w:rPr>
        <w:t xml:space="preserve">Age:  </w:t>
      </w:r>
      <w:r>
        <w:rPr>
          <w:color w:val="111111"/>
          <w:sz w:val="22"/>
        </w:rPr>
        <w:t>Dog mom 30-42 + her dog (medium-size mixed breed, shiny coat)</w:t>
      </w:r>
    </w:p>
    <w:p>
      <w:pPr>
        <w:spacing w:after="40"/>
        <w:ind w:left="144"/>
      </w:pPr>
      <w:r>
        <w:rPr>
          <w:b/>
          <w:color w:val="111111"/>
          <w:sz w:val="22"/>
        </w:rPr>
        <w:t xml:space="preserve">Demographic:  </w:t>
      </w:r>
      <w:r>
        <w:rPr>
          <w:color w:val="111111"/>
          <w:sz w:val="22"/>
        </w:rPr>
        <w:t>Suburban premium pet parent, casual but put-together, the kind of person who reads ingredient labels at the grocery store</w:t>
      </w:r>
    </w:p>
    <w:p>
      <w:pPr>
        <w:spacing w:after="40"/>
        <w:ind w:left="144"/>
      </w:pPr>
      <w:r>
        <w:rPr>
          <w:b/>
          <w:color w:val="111111"/>
          <w:sz w:val="22"/>
        </w:rPr>
        <w:t xml:space="preserve">Look:  </w:t>
      </w:r>
      <w:r>
        <w:rPr>
          <w:color w:val="111111"/>
          <w:sz w:val="22"/>
        </w:rPr>
        <w:t>Soft sweater or henley, hair pulled back, no makeup heavy. Kitchen apron optional. Dog wears collar but no costume.</w:t>
      </w:r>
    </w:p>
    <w:p>
      <w:pPr>
        <w:spacing w:before="280" w:after="80"/>
      </w:pPr>
      <w:r>
        <w:rPr>
          <w:b/>
          <w:color w:val="111111"/>
          <w:sz w:val="28"/>
        </w:rPr>
        <w:t>Props &amp; gear</w:t>
      </w:r>
    </w:p>
    <w:p>
      <w:pPr>
        <w:pStyle w:val="ListBullet"/>
        <w:spacing w:after="40"/>
      </w:pPr>
      <w:r>
        <w:rPr>
          <w:color w:val="111111"/>
          <w:sz w:val="22"/>
        </w:rPr>
        <w:t>1x JFFD fresh pack (any flavor, kept in fridge for the reveal)</w:t>
      </w:r>
    </w:p>
    <w:p>
      <w:pPr>
        <w:pStyle w:val="ListBullet"/>
        <w:spacing w:after="40"/>
      </w:pPr>
      <w:r>
        <w:rPr>
          <w:color w:val="111111"/>
          <w:sz w:val="22"/>
        </w:rPr>
        <w:t>1x rival Cesar pouch (talent owns or buy from grocery)</w:t>
      </w:r>
    </w:p>
    <w:p>
      <w:pPr>
        <w:pStyle w:val="ListBullet"/>
        <w:spacing w:after="40"/>
      </w:pPr>
      <w:r>
        <w:rPr>
          <w:color w:val="111111"/>
          <w:sz w:val="22"/>
        </w:rPr>
        <w:t>1x ceramic dog bowl</w:t>
      </w:r>
    </w:p>
    <w:p>
      <w:pPr>
        <w:pStyle w:val="ListBullet"/>
        <w:spacing w:after="40"/>
      </w:pPr>
      <w:r>
        <w:rPr>
          <w:color w:val="111111"/>
          <w:sz w:val="22"/>
        </w:rPr>
        <w:t>1x trash can lid for the throwaway beat</w:t>
      </w:r>
    </w:p>
    <w:p>
      <w:pPr>
        <w:pStyle w:val="ListBullet"/>
        <w:spacing w:after="40"/>
      </w:pPr>
      <w:r>
        <w:rPr>
          <w:color w:val="111111"/>
          <w:sz w:val="22"/>
        </w:rPr>
        <w:t>Dog treat backup for behavior</w:t>
      </w:r>
    </w:p>
    <w:p>
      <w:pPr>
        <w:spacing w:before="280" w:after="80"/>
      </w:pPr>
      <w:r>
        <w:rPr>
          <w:b/>
          <w:color w:val="111111"/>
          <w:sz w:val="28"/>
        </w:rPr>
        <w:t>Hook variations</w:t>
      </w:r>
    </w:p>
    <w:p>
      <w:pPr>
        <w:spacing w:before="160" w:after="40"/>
      </w:pPr>
      <w:r>
        <w:rPr>
          <w:b/>
          <w:color w:val="FF3D8A"/>
          <w:sz w:val="24"/>
        </w:rPr>
        <w:t>Hook 1</w:t>
      </w:r>
    </w:p>
    <w:p>
      <w:pPr>
        <w:spacing w:after="80"/>
        <w:ind w:left="360"/>
      </w:pPr>
      <w:r>
        <w:rPr>
          <w:i/>
          <w:color w:val="111111"/>
          <w:sz w:val="24"/>
        </w:rPr>
        <w:t>“Here is the thing nobody tells you about Cesar dog food.”</w:t>
      </w:r>
    </w:p>
    <w:p>
      <w:pPr>
        <w:spacing w:after="160"/>
        <w:ind w:left="360"/>
      </w:pPr>
      <w:r>
        <w:rPr>
          <w:i/>
          <w:color w:val="666666"/>
          <w:sz w:val="18"/>
        </w:rPr>
        <w:t>Voice pattern: Here is the thing nobody tells you about X</w:t>
      </w:r>
    </w:p>
    <w:p>
      <w:pPr>
        <w:spacing w:before="160" w:after="40"/>
      </w:pPr>
      <w:r>
        <w:rPr>
          <w:b/>
          <w:color w:val="FF3D8A"/>
          <w:sz w:val="24"/>
        </w:rPr>
        <w:t>Hook 2</w:t>
      </w:r>
    </w:p>
    <w:p>
      <w:pPr>
        <w:spacing w:after="80"/>
        <w:ind w:left="360"/>
      </w:pPr>
      <w:r>
        <w:rPr>
          <w:i/>
          <w:color w:val="111111"/>
          <w:sz w:val="24"/>
        </w:rPr>
        <w:t>“My vet straight up told me to stop feeding Cesar.”</w:t>
      </w:r>
    </w:p>
    <w:p>
      <w:pPr>
        <w:spacing w:after="160"/>
        <w:ind w:left="360"/>
      </w:pPr>
      <w:r>
        <w:rPr>
          <w:i/>
          <w:color w:val="666666"/>
          <w:sz w:val="18"/>
        </w:rPr>
        <w:t>Voice pattern: My vet straight up told me X</w:t>
      </w:r>
    </w:p>
    <w:p>
      <w:pPr>
        <w:spacing w:before="160" w:after="40"/>
      </w:pPr>
      <w:r>
        <w:rPr>
          <w:b/>
          <w:color w:val="FF3D8A"/>
          <w:sz w:val="24"/>
        </w:rPr>
        <w:t>Hook 3</w:t>
      </w:r>
    </w:p>
    <w:p>
      <w:pPr>
        <w:spacing w:after="80"/>
        <w:ind w:left="360"/>
      </w:pPr>
      <w:r>
        <w:rPr>
          <w:i/>
          <w:color w:val="111111"/>
          <w:sz w:val="24"/>
        </w:rPr>
        <w:t>“I am the person who actually reads dog food labels and Cesar is rough.”</w:t>
      </w:r>
    </w:p>
    <w:p>
      <w:pPr>
        <w:spacing w:after="160"/>
        <w:ind w:left="360"/>
      </w:pPr>
      <w:r>
        <w:rPr>
          <w:i/>
          <w:color w:val="666666"/>
          <w:sz w:val="18"/>
        </w:rPr>
        <w:t>Voice pattern: I am the person who X</w:t>
      </w:r>
    </w:p>
    <w:p>
      <w:pPr>
        <w:spacing w:before="160" w:after="40"/>
      </w:pPr>
      <w:r>
        <w:rPr>
          <w:b/>
          <w:color w:val="FF3D8A"/>
          <w:sz w:val="24"/>
        </w:rPr>
        <w:t>Hook 4</w:t>
      </w:r>
    </w:p>
    <w:p>
      <w:pPr>
        <w:spacing w:after="80"/>
        <w:ind w:left="360"/>
      </w:pPr>
      <w:r>
        <w:rPr>
          <w:i/>
          <w:color w:val="111111"/>
          <w:sz w:val="24"/>
        </w:rPr>
        <w:t>“Did you know vets call mass market dog food the fast food of dog food?”</w:t>
      </w:r>
    </w:p>
    <w:p>
      <w:pPr>
        <w:spacing w:after="160"/>
        <w:ind w:left="360"/>
      </w:pPr>
      <w:r>
        <w:rPr>
          <w:i/>
          <w:color w:val="666666"/>
          <w:sz w:val="18"/>
        </w:rPr>
        <w:t>Voice pattern: Did you know X</w:t>
      </w:r>
    </w:p>
    <w:p>
      <w:pPr>
        <w:spacing w:before="160" w:after="40"/>
      </w:pPr>
      <w:r>
        <w:rPr>
          <w:b/>
          <w:color w:val="FF3D8A"/>
          <w:sz w:val="24"/>
        </w:rPr>
        <w:t>Hook 5</w:t>
      </w:r>
    </w:p>
    <w:p>
      <w:pPr>
        <w:spacing w:after="80"/>
        <w:ind w:left="360"/>
      </w:pPr>
      <w:r>
        <w:rPr>
          <w:i/>
          <w:color w:val="111111"/>
          <w:sz w:val="24"/>
        </w:rPr>
        <w:t>“Stop feeding your dog Cesar before you watch this.”</w:t>
      </w:r>
    </w:p>
    <w:p>
      <w:pPr>
        <w:spacing w:after="160"/>
        <w:ind w:left="360"/>
      </w:pPr>
      <w:r>
        <w:rPr>
          <w:i/>
          <w:color w:val="666666"/>
          <w:sz w:val="18"/>
        </w:rPr>
        <w:t>Voice pattern: Stop X before Y</w:t>
      </w:r>
    </w:p>
    <w:p>
      <w:pPr>
        <w:spacing w:before="280" w:after="80"/>
      </w:pPr>
      <w:r>
        <w:rPr>
          <w:b/>
          <w:color w:val="00A06E"/>
          <w:sz w:val="28"/>
        </w:rPr>
        <w:t>Full script</w:t>
      </w:r>
    </w:p>
    <w:p>
      <w:pPr>
        <w:spacing w:before="160" w:after="40"/>
      </w:pPr>
      <w:r>
        <w:rPr>
          <w:b/>
          <w:color w:val="00A06E"/>
          <w:sz w:val="24"/>
        </w:rPr>
        <w:t>0:00 - 0:04  ·  HOOK</w:t>
      </w:r>
    </w:p>
    <w:p>
      <w:pPr>
        <w:spacing w:after="40"/>
        <w:ind w:left="144"/>
      </w:pPr>
      <w:r>
        <w:rPr>
          <w:b/>
          <w:color w:val="111111"/>
          <w:sz w:val="22"/>
        </w:rPr>
        <w:t xml:space="preserve">Voiceover:  </w:t>
      </w:r>
      <w:r>
        <w:rPr>
          <w:color w:val="111111"/>
          <w:sz w:val="22"/>
        </w:rPr>
        <w:t>“Here is the thing nobody tells you about Cesar dog food.”</w:t>
      </w:r>
    </w:p>
    <w:p>
      <w:pPr>
        <w:spacing w:after="40"/>
        <w:ind w:left="144"/>
      </w:pPr>
      <w:r>
        <w:rPr>
          <w:b/>
          <w:color w:val="111111"/>
          <w:sz w:val="22"/>
        </w:rPr>
        <w:t xml:space="preserve">Visual:  </w:t>
      </w:r>
      <w:r>
        <w:rPr>
          <w:color w:val="111111"/>
          <w:sz w:val="22"/>
        </w:rPr>
        <w:t>Talent holds Cesar pouch up to camera in her kitchen, dog sits at her feet looking up.</w:t>
      </w:r>
    </w:p>
    <w:p>
      <w:pPr>
        <w:spacing w:after="40"/>
        <w:ind w:left="144"/>
      </w:pPr>
      <w:r>
        <w:rPr>
          <w:b/>
          <w:color w:val="111111"/>
          <w:sz w:val="22"/>
        </w:rPr>
        <w:t xml:space="preserve">On-screen text:  </w:t>
      </w:r>
      <w:r>
        <w:rPr>
          <w:color w:val="111111"/>
          <w:sz w:val="22"/>
        </w:rPr>
        <w:t>Style B caption: Nobody tells you this</w:t>
      </w:r>
    </w:p>
    <w:p>
      <w:pPr>
        <w:spacing w:before="160" w:after="40"/>
      </w:pPr>
      <w:r>
        <w:rPr>
          <w:b/>
          <w:color w:val="00A06E"/>
          <w:sz w:val="24"/>
        </w:rPr>
        <w:t>0:04 - 0:09  ·  PROBLEM</w:t>
      </w:r>
    </w:p>
    <w:p>
      <w:pPr>
        <w:spacing w:after="40"/>
        <w:ind w:left="144"/>
      </w:pPr>
      <w:r>
        <w:rPr>
          <w:b/>
          <w:color w:val="111111"/>
          <w:sz w:val="22"/>
        </w:rPr>
        <w:t xml:space="preserve">Voiceover:  </w:t>
      </w:r>
      <w:r>
        <w:rPr>
          <w:color w:val="111111"/>
          <w:sz w:val="22"/>
        </w:rPr>
        <w:t>“It is packed with preservatives. Our vet literally calls it the fast food of dog food.”</w:t>
      </w:r>
    </w:p>
    <w:p>
      <w:pPr>
        <w:spacing w:after="40"/>
        <w:ind w:left="144"/>
      </w:pPr>
      <w:r>
        <w:rPr>
          <w:b/>
          <w:color w:val="111111"/>
          <w:sz w:val="22"/>
        </w:rPr>
        <w:t xml:space="preserve">Visual:  </w:t>
      </w:r>
      <w:r>
        <w:rPr>
          <w:color w:val="111111"/>
          <w:sz w:val="22"/>
        </w:rPr>
        <w:t>Talent turns pouch around, points at the ingredient panel, slight eye-roll.</w:t>
      </w:r>
    </w:p>
    <w:p>
      <w:pPr>
        <w:spacing w:before="160" w:after="40"/>
      </w:pPr>
      <w:r>
        <w:rPr>
          <w:b/>
          <w:color w:val="00A06E"/>
          <w:sz w:val="24"/>
        </w:rPr>
        <w:t>0:09 - 0:14  ·  REVEAL</w:t>
      </w:r>
    </w:p>
    <w:p>
      <w:pPr>
        <w:spacing w:after="40"/>
        <w:ind w:left="144"/>
      </w:pPr>
      <w:r>
        <w:rPr>
          <w:b/>
          <w:color w:val="111111"/>
          <w:sz w:val="22"/>
        </w:rPr>
        <w:t xml:space="preserve">Voiceover:  </w:t>
      </w:r>
      <w:r>
        <w:rPr>
          <w:color w:val="111111"/>
          <w:sz w:val="22"/>
        </w:rPr>
        <w:t>“So I switched her to Just Food For Dogs and we never went back.”</w:t>
      </w:r>
    </w:p>
    <w:p>
      <w:pPr>
        <w:spacing w:after="40"/>
        <w:ind w:left="144"/>
      </w:pPr>
      <w:r>
        <w:rPr>
          <w:b/>
          <w:color w:val="111111"/>
          <w:sz w:val="22"/>
        </w:rPr>
        <w:t xml:space="preserve">Visual:  </w:t>
      </w:r>
      <w:r>
        <w:rPr>
          <w:color w:val="111111"/>
          <w:sz w:val="22"/>
        </w:rPr>
        <w:t>Pulls JFFD fresh pack from the fridge, sets it on the counter next to the Cesar pouch.</w:t>
      </w:r>
    </w:p>
    <w:p>
      <w:pPr>
        <w:spacing w:before="160" w:after="40"/>
      </w:pPr>
      <w:r>
        <w:rPr>
          <w:b/>
          <w:color w:val="00A06E"/>
          <w:sz w:val="24"/>
        </w:rPr>
        <w:t>0:14 - 0:20  ·  PROOF</w:t>
      </w:r>
    </w:p>
    <w:p>
      <w:pPr>
        <w:spacing w:after="40"/>
        <w:ind w:left="144"/>
      </w:pPr>
      <w:r>
        <w:rPr>
          <w:b/>
          <w:color w:val="111111"/>
          <w:sz w:val="22"/>
        </w:rPr>
        <w:t xml:space="preserve">Voiceover:  </w:t>
      </w:r>
      <w:r>
        <w:rPr>
          <w:color w:val="111111"/>
          <w:sz w:val="22"/>
        </w:rPr>
        <w:t>“Her coat is shinier, she has more energy, and she licks the bowl every single time.”</w:t>
      </w:r>
    </w:p>
    <w:p>
      <w:pPr>
        <w:spacing w:after="40"/>
        <w:ind w:left="144"/>
      </w:pPr>
      <w:r>
        <w:rPr>
          <w:b/>
          <w:color w:val="111111"/>
          <w:sz w:val="22"/>
        </w:rPr>
        <w:t xml:space="preserve">Visual:  </w:t>
      </w:r>
      <w:r>
        <w:rPr>
          <w:color w:val="111111"/>
          <w:sz w:val="22"/>
        </w:rPr>
        <w:t>Cut to dog eating from ceramic bowl, slow lick on the side. Close on the coat in good light.</w:t>
      </w:r>
    </w:p>
    <w:p>
      <w:pPr>
        <w:spacing w:after="40"/>
        <w:ind w:left="144"/>
      </w:pPr>
      <w:r>
        <w:rPr>
          <w:b/>
          <w:color w:val="111111"/>
          <w:sz w:val="22"/>
        </w:rPr>
        <w:t xml:space="preserve">On-screen text:  </w:t>
      </w:r>
      <w:r>
        <w:rPr>
          <w:color w:val="111111"/>
          <w:sz w:val="22"/>
        </w:rPr>
        <w:t>Style B caption: Bowl licker, every meal</w:t>
      </w:r>
    </w:p>
    <w:p>
      <w:pPr>
        <w:spacing w:before="160" w:after="40"/>
      </w:pPr>
      <w:r>
        <w:rPr>
          <w:b/>
          <w:color w:val="00A06E"/>
          <w:sz w:val="24"/>
        </w:rPr>
        <w:t>0:20 - 0:25  ·  CTA</w:t>
      </w:r>
    </w:p>
    <w:p>
      <w:pPr>
        <w:spacing w:after="40"/>
        <w:ind w:left="144"/>
      </w:pPr>
      <w:r>
        <w:rPr>
          <w:b/>
          <w:color w:val="111111"/>
          <w:sz w:val="22"/>
        </w:rPr>
        <w:t xml:space="preserve">Voiceover:  </w:t>
      </w:r>
      <w:r>
        <w:rPr>
          <w:color w:val="111111"/>
          <w:sz w:val="22"/>
        </w:rPr>
        <w:t>“Check it out. They are giving 50% off your first box right now.”</w:t>
      </w:r>
    </w:p>
    <w:p>
      <w:pPr>
        <w:spacing w:after="40"/>
        <w:ind w:left="144"/>
      </w:pPr>
      <w:r>
        <w:rPr>
          <w:b/>
          <w:color w:val="111111"/>
          <w:sz w:val="22"/>
        </w:rPr>
        <w:t xml:space="preserve">Visual:  </w:t>
      </w:r>
      <w:r>
        <w:rPr>
          <w:color w:val="111111"/>
          <w:sz w:val="22"/>
        </w:rPr>
        <w:t>Talent back on camera, dog on lap, holds the JFFD pack toward camera.</w:t>
      </w:r>
    </w:p>
    <w:p>
      <w:pPr>
        <w:spacing w:after="40"/>
        <w:ind w:left="144"/>
      </w:pPr>
      <w:r>
        <w:rPr>
          <w:b/>
          <w:color w:val="111111"/>
          <w:sz w:val="22"/>
        </w:rPr>
        <w:t xml:space="preserve">On-screen text:  </w:t>
      </w:r>
      <w:r>
        <w:rPr>
          <w:color w:val="111111"/>
          <w:sz w:val="22"/>
        </w:rPr>
        <w:t>Style B caption: 50% off · link in bio</w:t>
      </w:r>
    </w:p>
    <w:p>
      <w:pPr>
        <w:spacing w:before="280" w:after="80"/>
      </w:pPr>
      <w:r>
        <w:rPr>
          <w:b/>
          <w:color w:val="111111"/>
          <w:sz w:val="28"/>
        </w:rPr>
        <w:t>Why it should work</w:t>
      </w:r>
    </w:p>
    <w:p>
      <w:pPr>
        <w:spacing w:after="120"/>
      </w:pPr>
      <w:r>
        <w:rPr>
          <w:i w:val="0"/>
          <w:color w:val="111111"/>
          <w:sz w:val="22"/>
        </w:rPr>
        <w:t>MSA JFFD vs. Cesar (video, 38s) ran $1648 at 0.71x ROAS, $165 CPA, 10 purchases. Best ROAS in the 7d window above $1500 spend. The vet-quote frame is doing the heavy lifting because it externalizes the accusation. We extend that with a stronger visual: holding the rival pouch on camera.</w:t>
      </w:r>
    </w:p>
    <w:p>
      <w:pPr>
        <w:spacing w:before="280" w:after="80"/>
      </w:pPr>
      <w:r>
        <w:rPr>
          <w:b/>
          <w:color w:val="111111"/>
          <w:sz w:val="28"/>
        </w:rPr>
        <w:t>Production notes</w:t>
      </w:r>
    </w:p>
    <w:p>
      <w:pPr>
        <w:spacing w:after="120"/>
      </w:pPr>
      <w:r>
        <w:rPr>
          <w:i w:val="0"/>
          <w:color w:val="111111"/>
          <w:sz w:val="22"/>
        </w:rPr>
        <w:t>Single talent + one dog, warehouse kitchen dressed as a real home kitchen. Shoot on iPhone, talent props phone on kitchen island. ~25 second runtime. One location day.</w:t>
      </w:r>
    </w:p>
    <w:p>
      <w:pPr>
        <w:spacing w:before="280" w:after="80"/>
      </w:pPr>
      <w:r>
        <w:rPr>
          <w:b/>
          <w:color w:val="111111"/>
          <w:sz w:val="28"/>
        </w:rPr>
        <w:t>Source winners</w:t>
      </w:r>
    </w:p>
    <w:p>
      <w:pPr>
        <w:pStyle w:val="ListBullet"/>
        <w:spacing w:after="40"/>
      </w:pPr>
      <w:r>
        <w:rPr>
          <w:color w:val="111111"/>
          <w:sz w:val="22"/>
        </w:rPr>
        <w:t>MSA JFFD vs. Cesar ($1648 / 0.71x / 10 purch)</w:t>
      </w:r>
    </w:p>
    <w:p>
      <w:pPr>
        <w:pStyle w:val="ListBullet"/>
        <w:spacing w:after="40"/>
      </w:pPr>
      <w:r>
        <w:rPr>
          <w:color w:val="111111"/>
          <w:sz w:val="22"/>
        </w:rPr>
        <w:t>Grapevine 2-Way JFFD vs Ollie split-screen static ($4833 / 0.56x / 21 purch)</w:t>
      </w:r>
    </w:p>
    <w:p>
      <w:pPr>
        <w:spacing w:before="400"/>
      </w:pPr>
      <w:r>
        <w:rPr>
          <w:color w:val="666666"/>
          <w:sz w:val="16"/>
        </w:rPr>
        <w:t>★ Orion  ·  GASSED  ·  JustFoodForDogs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tionaccountassets.blob.core.windows.net/66c37c9f6a1b9f411de10a58/creativeassetfacebook/68e82d21da749d26b0f98aa1/video.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