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Hone  ·  Creative Brief</w:t>
      </w:r>
    </w:p>
    <w:p>
      <w:pPr>
        <w:spacing w:before="120" w:after="0"/>
      </w:pPr>
      <w:r>
        <w:rPr>
          <w:b/>
          <w:color w:val="FF3D8A"/>
          <w:sz w:val="18"/>
        </w:rPr>
        <w:t>CONCEPT 5</w:t>
      </w:r>
    </w:p>
    <w:p>
      <w:pPr>
        <w:spacing w:before="0" w:after="160"/>
      </w:pPr>
      <w:r>
        <w:rPr>
          <w:b/>
          <w:color w:val="111111"/>
          <w:sz w:val="44"/>
        </w:rPr>
        <w:t>The Doctor Who Will Not Test You</w:t>
      </w:r>
    </w:p>
    <w:p>
      <w:pPr>
        <w:spacing w:after="160"/>
        <w:ind w:left="360"/>
      </w:pPr>
      <w:r>
        <w:rPr>
          <w:i/>
          <w:color w:val="666666"/>
          <w:sz w:val="18"/>
        </w:rPr>
        <w:t>Persona: Men In Their 30s &amp; 40s frustrated with primary care  ·  Hook: Contrast  ·  Format: Character monologue / mini-sketch  ·  Asset: UGC Mashup</w:t>
      </w:r>
    </w:p>
    <w:p>
      <w:pPr>
        <w:spacing w:before="280" w:after="80"/>
      </w:pPr>
      <w:r>
        <w:rPr>
          <w:b/>
          <w:color w:val="111111"/>
          <w:sz w:val="28"/>
        </w:rPr>
        <w:t>Concept</w:t>
      </w:r>
    </w:p>
    <w:p>
      <w:pPr>
        <w:spacing w:after="120"/>
      </w:pPr>
      <w:r>
        <w:rPr>
          <w:i w:val="0"/>
          <w:color w:val="111111"/>
          <w:sz w:val="22"/>
        </w:rPr>
        <w:t>Solo male talent plays 'your doctor', glasses on, white coat, hands you back your symptoms list and says 'just drink more water.' Then he rips off the coat and becomes himself, walks the viewer through the $45 Hone test as the alternative.</w:t>
      </w:r>
    </w:p>
    <w:p>
      <w:pPr>
        <w:spacing w:before="280" w:after="80"/>
      </w:pPr>
      <w:r>
        <w:rPr>
          <w:b/>
          <w:color w:val="111111"/>
          <w:sz w:val="28"/>
        </w:rPr>
        <w:t>Talent</w:t>
      </w:r>
    </w:p>
    <w:p>
      <w:pPr>
        <w:spacing w:after="40"/>
        <w:ind w:left="144"/>
      </w:pPr>
      <w:r>
        <w:rPr>
          <w:b/>
          <w:color w:val="111111"/>
          <w:sz w:val="22"/>
        </w:rPr>
        <w:t xml:space="preserve">Age:  </w:t>
      </w:r>
      <w:r>
        <w:rPr>
          <w:color w:val="111111"/>
          <w:sz w:val="22"/>
        </w:rPr>
        <w:t>35-50</w:t>
      </w:r>
    </w:p>
    <w:p>
      <w:pPr>
        <w:spacing w:after="40"/>
        <w:ind w:left="144"/>
      </w:pPr>
      <w:r>
        <w:rPr>
          <w:b/>
          <w:color w:val="111111"/>
          <w:sz w:val="22"/>
        </w:rPr>
        <w:t xml:space="preserve">Demographic:  </w:t>
      </w:r>
      <w:r>
        <w:rPr>
          <w:color w:val="111111"/>
          <w:sz w:val="22"/>
        </w:rPr>
        <w:t>Solo male, plays two characters in one set: an irritable 'doctor' and a relaxed 'real-guy' version of himself. Comfortable on camera.</w:t>
      </w:r>
    </w:p>
    <w:p>
      <w:pPr>
        <w:spacing w:after="40"/>
        <w:ind w:left="144"/>
      </w:pPr>
      <w:r>
        <w:rPr>
          <w:b/>
          <w:color w:val="111111"/>
          <w:sz w:val="22"/>
        </w:rPr>
        <w:t xml:space="preserve">Look:  </w:t>
      </w:r>
      <w:r>
        <w:rPr>
          <w:color w:val="111111"/>
          <w:sz w:val="22"/>
        </w:rPr>
        <w:t>Costume 1: white coat, glasses, stethoscope, slightly slicked hair, fluorescent-lit corner. Costume 2: tee, no coat, warmer lighting.</w:t>
      </w:r>
    </w:p>
    <w:p>
      <w:pPr>
        <w:spacing w:before="280" w:after="80"/>
      </w:pPr>
      <w:r>
        <w:rPr>
          <w:b/>
          <w:color w:val="111111"/>
          <w:sz w:val="28"/>
        </w:rPr>
        <w:t>Props &amp; gear</w:t>
      </w:r>
    </w:p>
    <w:p>
      <w:pPr>
        <w:pStyle w:val="ListBullet"/>
        <w:spacing w:after="40"/>
      </w:pPr>
      <w:r>
        <w:rPr>
          <w:color w:val="111111"/>
          <w:sz w:val="22"/>
        </w:rPr>
        <w:t>1x white doctor's coat</w:t>
      </w:r>
    </w:p>
    <w:p>
      <w:pPr>
        <w:pStyle w:val="ListBullet"/>
        <w:spacing w:after="40"/>
      </w:pPr>
      <w:r>
        <w:rPr>
          <w:color w:val="111111"/>
          <w:sz w:val="22"/>
        </w:rPr>
        <w:t>1x clipboard with paper</w:t>
      </w:r>
    </w:p>
    <w:p>
      <w:pPr>
        <w:pStyle w:val="ListBullet"/>
        <w:spacing w:after="40"/>
      </w:pPr>
      <w:r>
        <w:rPr>
          <w:color w:val="111111"/>
          <w:sz w:val="22"/>
        </w:rPr>
        <w:t>1x cheap stethoscope</w:t>
      </w:r>
    </w:p>
    <w:p>
      <w:pPr>
        <w:pStyle w:val="ListBullet"/>
        <w:spacing w:after="40"/>
      </w:pPr>
      <w:r>
        <w:rPr>
          <w:color w:val="111111"/>
          <w:sz w:val="22"/>
        </w:rPr>
        <w:t>1x pair of glasses</w:t>
      </w:r>
    </w:p>
    <w:p>
      <w:pPr>
        <w:pStyle w:val="ListBullet"/>
        <w:spacing w:after="40"/>
      </w:pPr>
      <w:r>
        <w:rPr>
          <w:color w:val="111111"/>
          <w:sz w:val="22"/>
        </w:rPr>
        <w:t>1x Hone test kit</w:t>
      </w:r>
    </w:p>
    <w:p>
      <w:pPr>
        <w:pStyle w:val="ListBullet"/>
        <w:spacing w:after="40"/>
      </w:pPr>
      <w:r>
        <w:rPr>
          <w:color w:val="111111"/>
          <w:sz w:val="22"/>
        </w:rPr>
        <w:t>Plain home-office wall + a lamp for costume 2</w:t>
      </w:r>
    </w:p>
    <w:p>
      <w:pPr>
        <w:spacing w:before="280" w:after="80"/>
      </w:pPr>
      <w:r>
        <w:rPr>
          <w:b/>
          <w:color w:val="111111"/>
          <w:sz w:val="28"/>
        </w:rPr>
        <w:t>Hook variations</w:t>
      </w:r>
    </w:p>
    <w:p>
      <w:pPr>
        <w:spacing w:before="160" w:after="40"/>
      </w:pPr>
      <w:r>
        <w:rPr>
          <w:b/>
          <w:color w:val="FF3D8A"/>
          <w:sz w:val="24"/>
        </w:rPr>
        <w:t>Hook 1  ·  Character Roast / Contrast</w:t>
      </w:r>
    </w:p>
    <w:p>
      <w:pPr>
        <w:spacing w:after="80"/>
        <w:ind w:left="360"/>
      </w:pPr>
      <w:r>
        <w:rPr>
          <w:i/>
          <w:color w:val="111111"/>
          <w:sz w:val="24"/>
        </w:rPr>
        <w:t>“I am your doctor. I am not going to check your testosterone.”</w:t>
      </w:r>
    </w:p>
    <w:p>
      <w:pPr>
        <w:spacing w:after="160"/>
        <w:ind w:left="360"/>
      </w:pPr>
      <w:r>
        <w:rPr>
          <w:i/>
          <w:color w:val="666666"/>
          <w:sz w:val="18"/>
        </w:rPr>
        <w:t>Tactic: Character Roast / Contrast  ·  Vibe: Irritable, dismissive doctor</w:t>
      </w:r>
    </w:p>
    <w:p>
      <w:pPr>
        <w:spacing w:before="160" w:after="40"/>
      </w:pPr>
      <w:r>
        <w:rPr>
          <w:b/>
          <w:color w:val="FF3D8A"/>
          <w:sz w:val="24"/>
        </w:rPr>
        <w:t>Hook 2  ·  Contrast Comparison</w:t>
      </w:r>
    </w:p>
    <w:p>
      <w:pPr>
        <w:spacing w:after="80"/>
        <w:ind w:left="360"/>
      </w:pPr>
      <w:r>
        <w:rPr>
          <w:i/>
          <w:color w:val="111111"/>
          <w:sz w:val="24"/>
        </w:rPr>
        <w:t>“My doctor said drink more water. Hone said my testosterone was in the basement.”</w:t>
      </w:r>
    </w:p>
    <w:p>
      <w:pPr>
        <w:spacing w:after="160"/>
        <w:ind w:left="360"/>
      </w:pPr>
      <w:r>
        <w:rPr>
          <w:i/>
          <w:color w:val="666666"/>
          <w:sz w:val="18"/>
        </w:rPr>
        <w:t>Tactic: Contrast Comparison  ·  Vibe: Half-laughing, in disbelief</w:t>
      </w:r>
    </w:p>
    <w:p>
      <w:pPr>
        <w:spacing w:before="160" w:after="40"/>
      </w:pPr>
      <w:r>
        <w:rPr>
          <w:b/>
          <w:color w:val="FF3D8A"/>
          <w:sz w:val="24"/>
        </w:rPr>
        <w:t>Hook 3  ·  Cost / Speed Pain</w:t>
      </w:r>
    </w:p>
    <w:p>
      <w:pPr>
        <w:spacing w:after="80"/>
        <w:ind w:left="360"/>
      </w:pPr>
      <w:r>
        <w:rPr>
          <w:i/>
          <w:color w:val="111111"/>
          <w:sz w:val="24"/>
        </w:rPr>
        <w:t>“If your last physical took three minutes, your doctor is not testing you.”</w:t>
      </w:r>
    </w:p>
    <w:p>
      <w:pPr>
        <w:spacing w:after="160"/>
        <w:ind w:left="360"/>
      </w:pPr>
      <w:r>
        <w:rPr>
          <w:i/>
          <w:color w:val="666666"/>
          <w:sz w:val="18"/>
        </w:rPr>
        <w:t>Tactic: Cost / Speed Pain  ·  Vibe: Annoyed, knowing</w:t>
      </w:r>
    </w:p>
    <w:p>
      <w:pPr>
        <w:spacing w:before="160" w:after="40"/>
      </w:pPr>
      <w:r>
        <w:rPr>
          <w:b/>
          <w:color w:val="FF3D8A"/>
          <w:sz w:val="24"/>
        </w:rPr>
        <w:t>Hook 4  ·  Contrast Comparison</w:t>
      </w:r>
    </w:p>
    <w:p>
      <w:pPr>
        <w:spacing w:after="80"/>
        <w:ind w:left="360"/>
      </w:pPr>
      <w:r>
        <w:rPr>
          <w:i/>
          <w:color w:val="111111"/>
          <w:sz w:val="24"/>
        </w:rPr>
        <w:t>“Real primary-care answer: drink more water. Hone answer: here is your number.”</w:t>
      </w:r>
    </w:p>
    <w:p>
      <w:pPr>
        <w:spacing w:after="160"/>
        <w:ind w:left="360"/>
      </w:pPr>
      <w:r>
        <w:rPr>
          <w:i/>
          <w:color w:val="666666"/>
          <w:sz w:val="18"/>
        </w:rPr>
        <w:t>Tactic: Contrast Comparison  ·  Vibe: Sharp, knowing</w:t>
      </w:r>
    </w:p>
    <w:p>
      <w:pPr>
        <w:spacing w:before="160" w:after="40"/>
      </w:pPr>
      <w:r>
        <w:rPr>
          <w:b/>
          <w:color w:val="FF3D8A"/>
          <w:sz w:val="24"/>
        </w:rPr>
        <w:t>Hook 5  ·  Curiosity Gap</w:t>
      </w:r>
    </w:p>
    <w:p>
      <w:pPr>
        <w:spacing w:after="80"/>
        <w:ind w:left="360"/>
      </w:pPr>
      <w:r>
        <w:rPr>
          <w:i/>
          <w:color w:val="111111"/>
          <w:sz w:val="24"/>
        </w:rPr>
        <w:t>“The reason your doctor will not check your T is not the reason you think.”</w:t>
      </w:r>
    </w:p>
    <w:p>
      <w:pPr>
        <w:spacing w:after="160"/>
        <w:ind w:left="360"/>
      </w:pPr>
      <w:r>
        <w:rPr>
          <w:i/>
          <w:color w:val="666666"/>
          <w:sz w:val="18"/>
        </w:rPr>
        <w:t>Tactic: Curiosity Gap  ·  Vibe: Quietly cutting</w:t>
      </w:r>
    </w:p>
    <w:p>
      <w:pPr>
        <w:spacing w:before="280" w:after="80"/>
      </w:pPr>
      <w:r>
        <w:rPr>
          <w:b/>
          <w:color w:val="00A06E"/>
          <w:sz w:val="28"/>
        </w:rPr>
        <w:t>Full script</w:t>
      </w:r>
    </w:p>
    <w:p>
      <w:pPr>
        <w:spacing w:before="160" w:after="40"/>
      </w:pPr>
      <w:r>
        <w:rPr>
          <w:b/>
          <w:color w:val="00A06E"/>
          <w:sz w:val="24"/>
        </w:rPr>
        <w:t>0:00 - 0:04  ·  HOOK</w:t>
      </w:r>
    </w:p>
    <w:p>
      <w:pPr>
        <w:spacing w:after="40"/>
        <w:ind w:left="144"/>
      </w:pPr>
      <w:r>
        <w:rPr>
          <w:b/>
          <w:color w:val="111111"/>
          <w:sz w:val="22"/>
        </w:rPr>
        <w:t xml:space="preserve">Voiceover:  </w:t>
      </w:r>
      <w:r>
        <w:rPr>
          <w:color w:val="111111"/>
          <w:sz w:val="22"/>
        </w:rPr>
        <w:t>“I am your doctor. I am not going to check your testosterone. I am always right.”</w:t>
      </w:r>
    </w:p>
    <w:p>
      <w:pPr>
        <w:spacing w:after="40"/>
        <w:ind w:left="144"/>
      </w:pPr>
      <w:r>
        <w:rPr>
          <w:b/>
          <w:color w:val="111111"/>
          <w:sz w:val="22"/>
        </w:rPr>
        <w:t xml:space="preserve">Visual:  </w:t>
      </w:r>
      <w:r>
        <w:rPr>
          <w:color w:val="111111"/>
          <w:sz w:val="22"/>
        </w:rPr>
        <w:t>Talent in white coat, glasses, glaring at camera, holding clipboard.</w:t>
      </w:r>
    </w:p>
    <w:p>
      <w:pPr>
        <w:spacing w:before="160" w:after="40"/>
      </w:pPr>
      <w:r>
        <w:rPr>
          <w:b/>
          <w:color w:val="00A06E"/>
          <w:sz w:val="24"/>
        </w:rPr>
        <w:t>0:04 - 0:08  ·  PROBLEM</w:t>
      </w:r>
    </w:p>
    <w:p>
      <w:pPr>
        <w:spacing w:after="40"/>
        <w:ind w:left="144"/>
      </w:pPr>
      <w:r>
        <w:rPr>
          <w:b/>
          <w:color w:val="111111"/>
          <w:sz w:val="22"/>
        </w:rPr>
        <w:t xml:space="preserve">Voiceover:  </w:t>
      </w:r>
      <w:r>
        <w:rPr>
          <w:color w:val="111111"/>
          <w:sz w:val="22"/>
        </w:rPr>
        <w:t>“So you just have to suffer. Try drinking more water.”</w:t>
      </w:r>
    </w:p>
    <w:p>
      <w:pPr>
        <w:spacing w:after="40"/>
        <w:ind w:left="144"/>
      </w:pPr>
      <w:r>
        <w:rPr>
          <w:b/>
          <w:color w:val="111111"/>
          <w:sz w:val="22"/>
        </w:rPr>
        <w:t xml:space="preserve">Visual:  </w:t>
      </w:r>
      <w:r>
        <w:rPr>
          <w:color w:val="111111"/>
          <w:sz w:val="22"/>
        </w:rPr>
        <w:t>Doctor shrugs, hands clipboard back, walks out of frame.</w:t>
      </w:r>
    </w:p>
    <w:p>
      <w:pPr>
        <w:spacing w:before="160" w:after="40"/>
      </w:pPr>
      <w:r>
        <w:rPr>
          <w:b/>
          <w:color w:val="00A06E"/>
          <w:sz w:val="24"/>
        </w:rPr>
        <w:t>0:08 - 0:14  ·  REVEAL</w:t>
      </w:r>
    </w:p>
    <w:p>
      <w:pPr>
        <w:spacing w:after="40"/>
        <w:ind w:left="144"/>
      </w:pPr>
      <w:r>
        <w:rPr>
          <w:b/>
          <w:color w:val="111111"/>
          <w:sz w:val="22"/>
        </w:rPr>
        <w:t xml:space="preserve">Voiceover:  </w:t>
      </w:r>
      <w:r>
        <w:rPr>
          <w:color w:val="111111"/>
          <w:sz w:val="22"/>
        </w:rPr>
        <w:t>“Or you could just do this. Hone, forty-five dollars, finger prick, real doctor calls you back.”</w:t>
      </w:r>
    </w:p>
    <w:p>
      <w:pPr>
        <w:spacing w:after="40"/>
        <w:ind w:left="144"/>
      </w:pPr>
      <w:r>
        <w:rPr>
          <w:b/>
          <w:color w:val="111111"/>
          <w:sz w:val="22"/>
        </w:rPr>
        <w:t xml:space="preserve">Visual:  </w:t>
      </w:r>
      <w:r>
        <w:rPr>
          <w:color w:val="111111"/>
          <w:sz w:val="22"/>
        </w:rPr>
        <w:t>Cut hard: same talent now in a tee, holding Hone kit, warm light, calm.</w:t>
      </w:r>
    </w:p>
    <w:p>
      <w:pPr>
        <w:spacing w:after="40"/>
        <w:ind w:left="144"/>
      </w:pPr>
      <w:r>
        <w:rPr>
          <w:b/>
          <w:color w:val="111111"/>
          <w:sz w:val="22"/>
        </w:rPr>
        <w:t xml:space="preserve">On-screen text:  </w:t>
      </w:r>
      <w:r>
        <w:rPr>
          <w:color w:val="111111"/>
          <w:sz w:val="22"/>
        </w:rPr>
        <w:t>$45 at-home test</w:t>
      </w:r>
    </w:p>
    <w:p>
      <w:pPr>
        <w:spacing w:before="160" w:after="40"/>
      </w:pPr>
      <w:r>
        <w:rPr>
          <w:b/>
          <w:color w:val="00A06E"/>
          <w:sz w:val="24"/>
        </w:rPr>
        <w:t>0:14 - 0:20  ·  SOLUTION</w:t>
      </w:r>
    </w:p>
    <w:p>
      <w:pPr>
        <w:spacing w:after="40"/>
        <w:ind w:left="144"/>
      </w:pPr>
      <w:r>
        <w:rPr>
          <w:b/>
          <w:color w:val="111111"/>
          <w:sz w:val="22"/>
        </w:rPr>
        <w:t xml:space="preserve">Voiceover:  </w:t>
      </w:r>
      <w:r>
        <w:rPr>
          <w:color w:val="111111"/>
          <w:sz w:val="22"/>
        </w:rPr>
        <w:t>“And if your T is low, the TRT shows up at your door. No primary-care runaround.”</w:t>
      </w:r>
    </w:p>
    <w:p>
      <w:pPr>
        <w:spacing w:after="40"/>
        <w:ind w:left="144"/>
      </w:pPr>
      <w:r>
        <w:rPr>
          <w:b/>
          <w:color w:val="111111"/>
          <w:sz w:val="22"/>
        </w:rPr>
        <w:t xml:space="preserve">Visual:  </w:t>
      </w:r>
      <w:r>
        <w:rPr>
          <w:color w:val="111111"/>
          <w:sz w:val="22"/>
        </w:rPr>
        <w:t>Closeup of kit in his hand, then a quick cut to a delivery box on a doormat.</w:t>
      </w:r>
    </w:p>
    <w:p>
      <w:pPr>
        <w:spacing w:before="160" w:after="40"/>
      </w:pPr>
      <w:r>
        <w:rPr>
          <w:b/>
          <w:color w:val="00A06E"/>
          <w:sz w:val="24"/>
        </w:rPr>
        <w:t>0:20 - 0:26  ·  CTA</w:t>
      </w:r>
    </w:p>
    <w:p>
      <w:pPr>
        <w:spacing w:after="40"/>
        <w:ind w:left="144"/>
      </w:pPr>
      <w:r>
        <w:rPr>
          <w:b/>
          <w:color w:val="111111"/>
          <w:sz w:val="22"/>
        </w:rPr>
        <w:t xml:space="preserve">Voiceover:  </w:t>
      </w:r>
      <w:r>
        <w:rPr>
          <w:color w:val="111111"/>
          <w:sz w:val="22"/>
        </w:rPr>
        <w:t>“So thirties or forties, stop messing around. Check your levels. Hone, link in bio.”</w:t>
      </w:r>
    </w:p>
    <w:p>
      <w:pPr>
        <w:spacing w:after="40"/>
        <w:ind w:left="144"/>
      </w:pPr>
      <w:r>
        <w:rPr>
          <w:b/>
          <w:color w:val="111111"/>
          <w:sz w:val="22"/>
        </w:rPr>
        <w:t xml:space="preserve">Visual:  </w:t>
      </w:r>
      <w:r>
        <w:rPr>
          <w:color w:val="111111"/>
          <w:sz w:val="22"/>
        </w:rPr>
        <w:t>Talent holds kit toward camera, half-smile.</w:t>
      </w:r>
    </w:p>
    <w:p>
      <w:pPr>
        <w:spacing w:after="40"/>
        <w:ind w:left="144"/>
      </w:pPr>
      <w:r>
        <w:rPr>
          <w:b/>
          <w:color w:val="111111"/>
          <w:sz w:val="22"/>
        </w:rPr>
        <w:t xml:space="preserve">On-screen text:  </w:t>
      </w:r>
      <w:r>
        <w:rPr>
          <w:color w:val="111111"/>
          <w:sz w:val="22"/>
        </w:rPr>
        <w:t>Hone Health · $45 at-home test</w:t>
      </w:r>
    </w:p>
    <w:p>
      <w:pPr>
        <w:spacing w:before="280" w:after="80"/>
      </w:pPr>
      <w:r>
        <w:rPr>
          <w:b/>
          <w:color w:val="111111"/>
          <w:sz w:val="28"/>
        </w:rPr>
        <w:t>Why it should work</w:t>
      </w:r>
    </w:p>
    <w:p>
      <w:pPr>
        <w:spacing w:after="120"/>
      </w:pPr>
      <w:r>
        <w:rPr>
          <w:i w:val="0"/>
          <w:color w:val="111111"/>
          <w:sz w:val="22"/>
        </w:rPr>
        <w:t>1288I'mYourAnimatedExplained ran $17,382 in 7d at 0.18 ROAS. The 'I am your doctor and I will not help you' frame is a strong contrast move and it transplants from animation to talent-led easily. This is the GASSED warehouse-feasible version of an animated winner.</w:t>
      </w:r>
    </w:p>
    <w:p>
      <w:pPr>
        <w:spacing w:before="280" w:after="80"/>
      </w:pPr>
      <w:r>
        <w:rPr>
          <w:b/>
          <w:color w:val="111111"/>
          <w:sz w:val="28"/>
        </w:rPr>
        <w:t>Production notes</w:t>
      </w:r>
    </w:p>
    <w:p>
      <w:pPr>
        <w:spacing w:after="120"/>
      </w:pPr>
      <w:r>
        <w:rPr>
          <w:i w:val="0"/>
          <w:color w:val="111111"/>
          <w:sz w:val="22"/>
        </w:rPr>
        <w:t>Single warehouse set with two lighting setups (cold fluorescent for doctor, warm lamp for real-guy). Same talent both roles. Shot on iPhone. Half-day shoot.</w:t>
      </w:r>
    </w:p>
    <w:p>
      <w:pPr>
        <w:spacing w:before="280" w:after="80"/>
      </w:pPr>
      <w:r>
        <w:rPr>
          <w:b/>
          <w:color w:val="111111"/>
          <w:sz w:val="28"/>
        </w:rPr>
        <w:t>Source winners</w:t>
      </w:r>
    </w:p>
    <w:p>
      <w:pPr>
        <w:pStyle w:val="ListBullet"/>
        <w:spacing w:after="40"/>
      </w:pPr>
      <w:r>
        <w:rPr>
          <w:color w:val="111111"/>
          <w:sz w:val="22"/>
        </w:rPr>
        <w:t>1288I'mYourAnimatedExplained ($17,382 7d) 'doctor will not test' frame</w:t>
      </w:r>
    </w:p>
    <w:p>
      <w:pPr>
        <w:pStyle w:val="ListBullet"/>
        <w:spacing w:after="40"/>
      </w:pPr>
      <w:r>
        <w:rPr>
          <w:color w:val="111111"/>
          <w:sz w:val="22"/>
        </w:rPr>
        <w:t>1171DriveThruOPTRevamp ($66,141 30d) same persona reframed</w:t>
      </w:r>
    </w:p>
    <w:p>
      <w:pPr>
        <w:pStyle w:val="ListBullet"/>
        <w:spacing w:after="40"/>
      </w:pPr>
      <w:r>
        <w:rPr>
          <w:color w:val="111111"/>
          <w:sz w:val="22"/>
        </w:rPr>
        <w:t>1143RoganPodcastV2 ($52,504 7d) close-out tone</w:t>
      </w:r>
    </w:p>
    <w:p>
      <w:pPr>
        <w:spacing w:before="400"/>
      </w:pPr>
      <w:r>
        <w:rPr>
          <w:color w:val="666666"/>
          <w:sz w:val="16"/>
        </w:rPr>
        <w:t>★ Orion  ·  GASSED  ·  Hone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