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Guardian Bikes  ·  Creative Brief</w:t>
      </w:r>
    </w:p>
    <w:p>
      <w:pPr>
        <w:spacing w:before="120" w:after="0"/>
      </w:pPr>
      <w:r>
        <w:rPr>
          <w:b/>
          <w:color w:val="FF3D8A"/>
          <w:sz w:val="18"/>
        </w:rPr>
        <w:t>CONCEPT 5</w:t>
      </w:r>
    </w:p>
    <w:p>
      <w:pPr>
        <w:spacing w:before="0" w:after="160"/>
      </w:pPr>
      <w:r>
        <w:rPr>
          <w:b/>
          <w:color w:val="111111"/>
          <w:sz w:val="44"/>
        </w:rPr>
        <w:t>Saturdays Look Different Now · Mom + Daughter Outcome Chorus</w:t>
      </w:r>
    </w:p>
    <w:p>
      <w:pPr>
        <w:spacing w:after="160"/>
        <w:ind w:left="360"/>
      </w:pPr>
      <w:r>
        <w:rPr>
          <w:i/>
          <w:color w:val="666666"/>
          <w:sz w:val="18"/>
        </w:rPr>
        <w:t>Persona: Active Moms  ·  Hook: Aspirational  ·  Format: Outcome Chorus · Single-Mom Testimonial  ·  Asset: UGC video</w:t>
      </w:r>
    </w:p>
    <w:p>
      <w:pPr>
        <w:spacing w:before="280" w:after="80"/>
      </w:pPr>
      <w:r>
        <w:rPr>
          <w:b/>
          <w:color w:val="FF3D8A"/>
          <w:sz w:val="28"/>
        </w:rPr>
        <w:t>📺 Emulating this format</w:t>
      </w:r>
    </w:p>
    <w:p>
      <w:pPr>
        <w:spacing w:after="40"/>
      </w:pPr>
      <w:r>
        <w:rPr>
          <w:b/>
          <w:color w:val="111111"/>
          <w:sz w:val="24"/>
        </w:rPr>
        <w:t>Real moms on Freezer Meal Pro (multi-testimonial mashup)</w:t>
      </w:r>
      <w:r>
        <w:rPr>
          <w:color w:val="666666"/>
          <w:sz w:val="24"/>
        </w:rPr>
        <w:t xml:space="preserve">  ·  </w:t>
      </w:r>
      <w:r>
        <w:rPr>
          <w:color w:val="666666"/>
          <w:sz w:val="24"/>
        </w:rPr>
        <w:t>The Family Freezer</w:t>
      </w:r>
    </w:p>
    <w:p>
      <w:pPr>
        <w:spacing w:after="80"/>
      </w:pPr>
      <w:r>
        <w:rPr>
          <w:b/>
          <w:color w:val="00A06E"/>
          <w:sz w:val="18"/>
        </w:rPr>
        <w:t>● LIVE</w:t>
      </w:r>
      <w:r>
        <w:rPr>
          <w:color w:val="666666"/>
          <w:sz w:val="18"/>
        </w:rPr>
        <w:t xml:space="preserve">   ·   </w:t>
      </w:r>
      <w:r>
        <w:rPr>
          <w:color w:val="666666"/>
          <w:sz w:val="18"/>
        </w:rPr>
        <w:t>Running 1214d</w:t>
      </w:r>
      <w:r>
        <w:rPr>
          <w:color w:val="666666"/>
          <w:sz w:val="18"/>
        </w:rPr>
        <w:t xml:space="preserve">   ·   </w:t>
      </w:r>
      <w:hyperlink r:id="rId9">
        <w:r>
          <w:rPr>
            <w:rFonts w:ascii="Arial"/>
            <w:sz w:val="20"/>
            <w:color w:val="FF3D8A"/>
            <w:u w:val="single"/>
          </w:rPr>
          <w:t xml:space="preserve">▶ Watch full MP4</w:t>
        </w:r>
      </w:hyperlink>
      <w:r>
        <w:rPr>
          <w:color w:val="666666"/>
          <w:sz w:val="18"/>
        </w:rPr>
        <w:t xml:space="preserve">   ·   </w:t>
      </w:r>
      <w:hyperlink r:id="rId10">
        <w:r>
          <w:rPr>
            <w:rFonts w:ascii="Arial"/>
            <w:sz w:val="20"/>
            <w:color w:val="FF3D8A"/>
            <w:u w:val="single"/>
          </w:rPr>
          <w:t xml:space="preserve">🔎 Open in Foreplay</w:t>
        </w:r>
      </w:hyperlink>
    </w:p>
    <w:p>
      <w:pPr>
        <w:spacing w:after="120"/>
        <w:ind w:left="360"/>
      </w:pPr>
      <w:r>
        <w:rPr>
          <w:i/>
          <w:color w:val="111111"/>
          <w:sz w:val="22"/>
        </w:rPr>
        <w:t>Multi-mom testimonial mashup with cuts between different real moms talking about how the product changed their family's mealtime stress. Each mom speaks to camera, each gets one to two sentences. The volume of testimonials is the proof. Soft CTA + promo.</w:t>
      </w:r>
    </w:p>
    <w:p>
      <w:pPr>
        <w:spacing w:before="160" w:after="40"/>
      </w:pPr>
      <w:r>
        <w:rPr>
          <w:rFonts w:ascii="Arial" w:hAnsi="Arial"/>
          <w:b/>
          <w:color w:val="666666"/>
          <w:sz w:val="18"/>
        </w:rPr>
        <w:t>STRUCTURAL SKELETON · BEATS TO LIFT</w:t>
      </w:r>
    </w:p>
    <w:p>
      <w:pPr>
        <w:spacing w:after="40"/>
        <w:ind w:left="216"/>
      </w:pPr>
      <w:r>
        <w:rPr>
          <w:b/>
          <w:color w:val="FF3D8A"/>
          <w:sz w:val="20"/>
        </w:rPr>
        <w:t xml:space="preserve">HOOK · SETUP THE PROBLEM:  </w:t>
      </w:r>
      <w:r>
        <w:rPr>
          <w:color w:val="111111"/>
          <w:sz w:val="20"/>
        </w:rPr>
        <w:t>Real-mom problem statement, named specifically in one sentence.</w:t>
      </w:r>
    </w:p>
    <w:p>
      <w:pPr>
        <w:spacing w:after="40"/>
        <w:ind w:left="216"/>
      </w:pPr>
      <w:r>
        <w:rPr>
          <w:b/>
          <w:color w:val="FF3D8A"/>
          <w:sz w:val="20"/>
        </w:rPr>
        <w:t xml:space="preserve">OUTCOME CHORUS (delivered by one voice):  </w:t>
      </w:r>
      <w:r>
        <w:rPr>
          <w:color w:val="111111"/>
          <w:sz w:val="20"/>
        </w:rPr>
        <w:t>Same outcome-chorus shape Family Freezer uses with multiple moms, but executed by a single mom in multiple takes / cuts. She lists specific outcomes (less of X, more of Y, kid does Z now, family Q). The volume of outcomes is the proof, not the volume of voices.</w:t>
      </w:r>
    </w:p>
    <w:p>
      <w:pPr>
        <w:spacing w:after="40"/>
        <w:ind w:left="216"/>
      </w:pPr>
      <w:r>
        <w:rPr>
          <w:b/>
          <w:color w:val="FF3D8A"/>
          <w:sz w:val="20"/>
        </w:rPr>
        <w:t xml:space="preserve">VISUAL CHORUS · KID AS WITNESS:  </w:t>
      </w:r>
      <w:r>
        <w:rPr>
          <w:color w:val="111111"/>
          <w:sz w:val="20"/>
        </w:rPr>
        <w:t>Between every voice take, a short B-roll cutaway of the kid actually doing the outcome (riding, asking to ride, off the screen, etc.). The kid is the visible proof.</w:t>
      </w:r>
    </w:p>
    <w:p>
      <w:pPr>
        <w:spacing w:after="40"/>
        <w:ind w:left="216"/>
      </w:pPr>
      <w:r>
        <w:rPr>
          <w:b/>
          <w:color w:val="FF3D8A"/>
          <w:sz w:val="20"/>
        </w:rPr>
        <w:t xml:space="preserve">CLOSE · SOFT INVITE:  </w:t>
      </w:r>
      <w:r>
        <w:rPr>
          <w:color w:val="111111"/>
          <w:sz w:val="20"/>
        </w:rPr>
        <w:t>Mom turns to camera, soft CTA + guarantee.</w:t>
      </w:r>
    </w:p>
    <w:p>
      <w:pPr>
        <w:spacing w:before="120" w:after="80"/>
      </w:pPr>
      <w:r>
        <w:rPr>
          <w:b/>
          <w:color w:val="00A06E"/>
          <w:sz w:val="22"/>
        </w:rPr>
        <w:t xml:space="preserve">✓ LIFT:  </w:t>
      </w:r>
      <w:r>
        <w:rPr>
          <w:color w:val="111111"/>
          <w:sz w:val="22"/>
        </w:rPr>
        <w:t>Lift Family Freezer's outcome-chorus architecture, but adapt to GASSED production (1-2 talent, warehouse). Single mom delivers 3-4 specific outcome statements in multiple cuts (like the multi-mom mashup, but voiced by one parent). Between each statement, cut to a B-roll of the daughter actually doing the outcome (riding the Guardian, looking at the bike instead of the iPad, etc.). Kid on camera for the majority of the runtime, mom is the voice. The chorus effect comes from the volume of named outcomes + the visible proof, not from the volume of moms.</w:t>
      </w:r>
    </w:p>
    <w:p>
      <w:pPr>
        <w:spacing w:after="160"/>
      </w:pPr>
      <w:r>
        <w:rPr>
          <w:b/>
          <w:color w:val="CC4444"/>
          <w:sz w:val="22"/>
        </w:rPr>
        <w:t xml:space="preserve">✗ DROP:  </w:t>
      </w:r>
      <w:r>
        <w:rPr>
          <w:color w:val="666666"/>
          <w:sz w:val="22"/>
        </w:rPr>
        <w:t>Do NOT lift the multi-mom mashup execution (3-4 different moms in 3-4 different houses). That violates GASSED's 1-2 talent in-warehouse production constraint. Also drop the promo discount code framing. Guardian's anchor is 365-day returns.</w:t>
      </w:r>
    </w:p>
    <w:p>
      <w:pPr>
        <w:spacing w:before="280" w:after="80"/>
      </w:pPr>
      <w:r>
        <w:rPr>
          <w:b/>
          <w:color w:val="111111"/>
          <w:sz w:val="28"/>
        </w:rPr>
        <w:t>Concept</w:t>
      </w:r>
    </w:p>
    <w:p>
      <w:pPr>
        <w:spacing w:after="120"/>
      </w:pPr>
      <w:r>
        <w:rPr>
          <w:i w:val="0"/>
          <w:color w:val="111111"/>
          <w:sz w:val="22"/>
        </w:rPr>
        <w:t>Single mom delivering an outcome-chorus testimonial built on Family Freezer's chorus skeleton, adapted to 1-2 talent in-warehouse production. Mom names a Saturday-morning pain in the hook, then lists 3-4 specific outcomes the Guardian created (less screen time, more rides, kid asks to ride before breakfast, family activity on weekends). Between every voice take, a short B-roll cutaway of the daughter actually doing the outcome. Closes on a soft CTA and the 365-day-return guarantee.</w:t>
      </w:r>
    </w:p>
    <w:p>
      <w:pPr>
        <w:spacing w:before="280" w:after="80"/>
      </w:pPr>
      <w:r>
        <w:rPr>
          <w:b/>
          <w:color w:val="111111"/>
          <w:sz w:val="28"/>
        </w:rPr>
        <w:t>Talent</w:t>
      </w:r>
    </w:p>
    <w:p>
      <w:pPr>
        <w:spacing w:after="40"/>
        <w:ind w:left="144"/>
      </w:pPr>
      <w:r>
        <w:rPr>
          <w:b/>
          <w:color w:val="111111"/>
          <w:sz w:val="22"/>
        </w:rPr>
        <w:t xml:space="preserve">Age:  </w:t>
      </w:r>
      <w:r>
        <w:rPr>
          <w:color w:val="111111"/>
          <w:sz w:val="22"/>
        </w:rPr>
        <w:t>Mom 30 to 45, daughter 5 to 8</w:t>
      </w:r>
    </w:p>
    <w:p>
      <w:pPr>
        <w:spacing w:after="40"/>
        <w:ind w:left="144"/>
      </w:pPr>
      <w:r>
        <w:rPr>
          <w:b/>
          <w:color w:val="111111"/>
          <w:sz w:val="22"/>
        </w:rPr>
        <w:t xml:space="preserve">Demographic:  </w:t>
      </w:r>
      <w:r>
        <w:rPr>
          <w:color w:val="111111"/>
          <w:sz w:val="22"/>
        </w:rPr>
        <w:t>Mom + daughter. Any ethnicity. Real-mom UGC look (no professional polish). Daughter on camera for the majority of runtime via B-roll between mom's voice takes.</w:t>
      </w:r>
    </w:p>
    <w:p>
      <w:pPr>
        <w:spacing w:after="40"/>
        <w:ind w:left="144"/>
      </w:pPr>
      <w:r>
        <w:rPr>
          <w:b/>
          <w:color w:val="111111"/>
          <w:sz w:val="22"/>
        </w:rPr>
        <w:t xml:space="preserve">Look:  </w:t>
      </w:r>
      <w:r>
        <w:rPr>
          <w:color w:val="111111"/>
          <w:sz w:val="22"/>
        </w:rPr>
        <w:t>Mom in casual everyday clothes (sweatshirt + jeans). Daughter in everyday clothes + helmet for the riding shots.</w:t>
      </w:r>
    </w:p>
    <w:p>
      <w:pPr>
        <w:spacing w:before="280" w:after="80"/>
      </w:pPr>
      <w:r>
        <w:rPr>
          <w:b/>
          <w:color w:val="111111"/>
          <w:sz w:val="28"/>
        </w:rPr>
        <w:t>Props &amp; gear</w:t>
      </w:r>
    </w:p>
    <w:p>
      <w:pPr>
        <w:pStyle w:val="ListBullet"/>
        <w:spacing w:after="40"/>
      </w:pPr>
      <w:r>
        <w:rPr>
          <w:color w:val="111111"/>
          <w:sz w:val="22"/>
        </w:rPr>
        <w:t>1 Guardian bike (current kid model, sized to the daughter)</w:t>
      </w:r>
    </w:p>
    <w:p>
      <w:pPr>
        <w:pStyle w:val="ListBullet"/>
        <w:spacing w:after="40"/>
      </w:pPr>
      <w:r>
        <w:rPr>
          <w:color w:val="111111"/>
          <w:sz w:val="22"/>
        </w:rPr>
        <w:t>1 child's bike helmet (correctly sized, on for any riding shot)</w:t>
      </w:r>
    </w:p>
    <w:p>
      <w:pPr>
        <w:pStyle w:val="ListBullet"/>
        <w:spacing w:after="40"/>
      </w:pPr>
      <w:r>
        <w:rPr>
          <w:color w:val="111111"/>
          <w:sz w:val="22"/>
        </w:rPr>
        <w:t>1 iPhone (selfie cam for mom's voice takes, mounted on a tripod for the daughter B-roll)</w:t>
      </w:r>
    </w:p>
    <w:p>
      <w:pPr>
        <w:pStyle w:val="ListBullet"/>
        <w:spacing w:after="40"/>
      </w:pPr>
      <w:r>
        <w:rPr>
          <w:color w:val="111111"/>
          <w:sz w:val="22"/>
        </w:rPr>
        <w:t>Warehouse set: dressed as a kitchen counter corner for mom's voice takes, plus a driveway / garage corner for the daughter's riding cutaways</w:t>
      </w:r>
    </w:p>
    <w:p>
      <w:pPr>
        <w:pStyle w:val="ListBullet"/>
        <w:spacing w:after="40"/>
      </w:pPr>
      <w:r>
        <w:rPr>
          <w:color w:val="111111"/>
          <w:sz w:val="22"/>
        </w:rPr>
        <w:t>1 iPad or tablet (as a prop for the screen-time pain visual)</w:t>
      </w:r>
    </w:p>
    <w:p>
      <w:pPr>
        <w:pStyle w:val="ListBullet"/>
        <w:spacing w:after="40"/>
      </w:pPr>
      <w:r>
        <w:rPr>
          <w:color w:val="111111"/>
          <w:sz w:val="22"/>
        </w:rPr>
        <w:t>Coffee mug for mom (small detail makes the kitchen take feel real)</w:t>
      </w:r>
    </w:p>
    <w:p>
      <w:pPr>
        <w:spacing w:before="280" w:after="80"/>
      </w:pPr>
      <w:r>
        <w:rPr>
          <w:b/>
          <w:color w:val="111111"/>
          <w:sz w:val="28"/>
        </w:rPr>
        <w:t>Hook variations</w:t>
      </w:r>
    </w:p>
    <w:p>
      <w:pPr>
        <w:spacing w:before="160" w:after="40"/>
      </w:pPr>
      <w:r>
        <w:rPr>
          <w:b/>
          <w:color w:val="FF3D8A"/>
          <w:sz w:val="24"/>
        </w:rPr>
        <w:t>Hook 1  ·  Confession</w:t>
      </w:r>
    </w:p>
    <w:p>
      <w:pPr>
        <w:spacing w:after="80"/>
        <w:ind w:left="360"/>
      </w:pPr>
      <w:r>
        <w:rPr>
          <w:i/>
          <w:color w:val="111111"/>
          <w:sz w:val="24"/>
        </w:rPr>
        <w:t>“Saturdays used to be screens around here. IPad on the couch, cartoons before nine.”</w:t>
      </w:r>
    </w:p>
    <w:p>
      <w:pPr>
        <w:spacing w:after="40"/>
        <w:ind w:left="144"/>
      </w:pPr>
      <w:r>
        <w:rPr>
          <w:b/>
          <w:color w:val="111111"/>
          <w:sz w:val="22"/>
        </w:rPr>
        <w:t xml:space="preserve">Visual hook:  </w:t>
      </w:r>
      <w:r>
        <w:rPr>
          <w:color w:val="111111"/>
          <w:sz w:val="22"/>
        </w:rPr>
        <w:t>Mom at the kitchen counter with a coffee mug. Slow push-in. Daughter visible in the background on the couch with an iPad.</w:t>
      </w:r>
    </w:p>
    <w:p>
      <w:pPr>
        <w:spacing w:after="160"/>
        <w:ind w:left="360"/>
      </w:pPr>
      <w:r>
        <w:rPr>
          <w:i/>
          <w:color w:val="666666"/>
          <w:sz w:val="18"/>
        </w:rPr>
        <w:t>Source: Family Freezer skeleton (real-mom problem-statement opener)</w:t>
      </w:r>
    </w:p>
    <w:p>
      <w:pPr>
        <w:spacing w:after="160"/>
        <w:ind w:left="360"/>
      </w:pPr>
      <w:r>
        <w:rPr>
          <w:i/>
          <w:color w:val="666666"/>
          <w:sz w:val="18"/>
        </w:rPr>
        <w:t>Trigger: Aspiration  ·  Tactic: Confession  ·  Voice pattern: X used to be Y around here. (Quiet detail. Quiet detail.)  ·  Vibe: calm past-tense pain</w:t>
      </w:r>
    </w:p>
    <w:p>
      <w:pPr>
        <w:spacing w:before="160" w:after="40"/>
      </w:pPr>
      <w:r>
        <w:rPr>
          <w:b/>
          <w:color w:val="FF3D8A"/>
          <w:sz w:val="24"/>
        </w:rPr>
        <w:t>Hook 2  ·  Bold Claim</w:t>
      </w:r>
    </w:p>
    <w:p>
      <w:pPr>
        <w:spacing w:after="80"/>
        <w:ind w:left="360"/>
      </w:pPr>
      <w:r>
        <w:rPr>
          <w:i/>
          <w:color w:val="111111"/>
          <w:sz w:val="24"/>
        </w:rPr>
        <w:t>“Three things changed in our house once she got this bike.”</w:t>
      </w:r>
    </w:p>
    <w:p>
      <w:pPr>
        <w:spacing w:after="40"/>
        <w:ind w:left="144"/>
      </w:pPr>
      <w:r>
        <w:rPr>
          <w:b/>
          <w:color w:val="111111"/>
          <w:sz w:val="22"/>
        </w:rPr>
        <w:t xml:space="preserve">Visual hook:  </w:t>
      </w:r>
      <w:r>
        <w:rPr>
          <w:color w:val="111111"/>
          <w:sz w:val="22"/>
        </w:rPr>
        <w:t>Quick montage cutaways of the daughter doing three different outcomes (riding, helmet on, walking past iPad). Mom voice over.</w:t>
      </w:r>
    </w:p>
    <w:p>
      <w:pPr>
        <w:spacing w:after="160"/>
        <w:ind w:left="360"/>
      </w:pPr>
      <w:r>
        <w:rPr>
          <w:i/>
          <w:color w:val="666666"/>
          <w:sz w:val="18"/>
        </w:rPr>
        <w:t>Source: Family Freezer skeleton variant (outcome-as-hook)</w:t>
      </w:r>
    </w:p>
    <w:p>
      <w:pPr>
        <w:spacing w:after="160"/>
        <w:ind w:left="360"/>
      </w:pPr>
      <w:r>
        <w:rPr>
          <w:i/>
          <w:color w:val="666666"/>
          <w:sz w:val="18"/>
        </w:rPr>
        <w:t>Trigger: Curiosity Gap  ·  Tactic: Bold Claim  ·  Voice pattern: N things changed once X.  ·  Vibe: matter-of-fact reveal</w:t>
      </w:r>
    </w:p>
    <w:p>
      <w:pPr>
        <w:spacing w:before="160" w:after="40"/>
      </w:pPr>
      <w:r>
        <w:rPr>
          <w:b/>
          <w:color w:val="FF3D8A"/>
          <w:sz w:val="24"/>
        </w:rPr>
        <w:t>Hook 3  ·  Testimonial</w:t>
      </w:r>
    </w:p>
    <w:p>
      <w:pPr>
        <w:spacing w:after="80"/>
        <w:ind w:left="360"/>
      </w:pPr>
      <w:r>
        <w:rPr>
          <w:i/>
          <w:color w:val="111111"/>
          <w:sz w:val="24"/>
        </w:rPr>
        <w:t>“She asks to ride before she asks for breakfast now. That is the only review I can give you.”</w:t>
      </w:r>
    </w:p>
    <w:p>
      <w:pPr>
        <w:spacing w:after="40"/>
        <w:ind w:left="144"/>
      </w:pPr>
      <w:r>
        <w:rPr>
          <w:b/>
          <w:color w:val="111111"/>
          <w:sz w:val="22"/>
        </w:rPr>
        <w:t xml:space="preserve">Visual hook:  </w:t>
      </w:r>
      <w:r>
        <w:rPr>
          <w:color w:val="111111"/>
          <w:sz w:val="22"/>
        </w:rPr>
        <w:t>Daughter at the kitchen door with the helmet already on, looking out at the bike.</w:t>
      </w:r>
    </w:p>
    <w:p>
      <w:pPr>
        <w:spacing w:after="160"/>
        <w:ind w:left="360"/>
      </w:pPr>
      <w:r>
        <w:rPr>
          <w:i/>
          <w:color w:val="666666"/>
          <w:sz w:val="18"/>
        </w:rPr>
        <w:t>Source: inferred</w:t>
      </w:r>
    </w:p>
    <w:p>
      <w:pPr>
        <w:spacing w:after="160"/>
        <w:ind w:left="360"/>
      </w:pPr>
      <w:r>
        <w:rPr>
          <w:i/>
          <w:color w:val="666666"/>
          <w:sz w:val="18"/>
        </w:rPr>
        <w:t>Trigger: Social Proof  ·  Tactic: Testimonial  ·  Voice pattern: She does X before Y now. That is the review.  ·  Vibe: earned aspirational</w:t>
      </w:r>
    </w:p>
    <w:p>
      <w:pPr>
        <w:spacing w:before="160" w:after="40"/>
      </w:pPr>
      <w:r>
        <w:rPr>
          <w:b/>
          <w:color w:val="FF3D8A"/>
          <w:sz w:val="24"/>
        </w:rPr>
        <w:t>Hook 4  ·  Bold Claim</w:t>
      </w:r>
    </w:p>
    <w:p>
      <w:pPr>
        <w:spacing w:after="80"/>
        <w:ind w:left="360"/>
      </w:pPr>
      <w:r>
        <w:rPr>
          <w:i/>
          <w:color w:val="111111"/>
          <w:sz w:val="24"/>
        </w:rPr>
        <w:t>“Less screen time. More driveway laps. The Saturday morning I kept hoping for.”</w:t>
      </w:r>
    </w:p>
    <w:p>
      <w:pPr>
        <w:spacing w:after="40"/>
        <w:ind w:left="144"/>
      </w:pPr>
      <w:r>
        <w:rPr>
          <w:b/>
          <w:color w:val="111111"/>
          <w:sz w:val="22"/>
        </w:rPr>
        <w:t xml:space="preserve">Visual hook:  </w:t>
      </w:r>
      <w:r>
        <w:rPr>
          <w:color w:val="111111"/>
          <w:sz w:val="22"/>
        </w:rPr>
        <w:t>Slow montage. Daughter riding past the camera, helmet on. Mom watches with her coffee.</w:t>
      </w:r>
    </w:p>
    <w:p>
      <w:pPr>
        <w:spacing w:after="160"/>
        <w:ind w:left="360"/>
      </w:pPr>
      <w:r>
        <w:rPr>
          <w:i/>
          <w:color w:val="666666"/>
          <w:sz w:val="18"/>
        </w:rPr>
        <w:t>Source: Family Freezer skeleton variant (outcome-listicle as the hook)</w:t>
      </w:r>
    </w:p>
    <w:p>
      <w:pPr>
        <w:spacing w:after="160"/>
        <w:ind w:left="360"/>
      </w:pPr>
      <w:r>
        <w:rPr>
          <w:i/>
          <w:color w:val="666666"/>
          <w:sz w:val="18"/>
        </w:rPr>
        <w:t>Trigger: Aspiration  ·  Tactic: Bold Claim  ·  Voice pattern: Outcome. Outcome. The thing you wanted.  ·  Vibe: quiet listicle payoff</w:t>
      </w:r>
    </w:p>
    <w:p>
      <w:pPr>
        <w:spacing w:before="160" w:after="40"/>
      </w:pPr>
      <w:r>
        <w:rPr>
          <w:b/>
          <w:color w:val="FF3D8A"/>
          <w:sz w:val="24"/>
        </w:rPr>
        <w:t>Hook 5  ·  Confession</w:t>
      </w:r>
    </w:p>
    <w:p>
      <w:pPr>
        <w:spacing w:after="80"/>
        <w:ind w:left="360"/>
      </w:pPr>
      <w:r>
        <w:rPr>
          <w:i/>
          <w:color w:val="111111"/>
          <w:sz w:val="24"/>
        </w:rPr>
        <w:t>“I bought her a Guardian on a whim. Now Saturday mornings actually look different.”</w:t>
      </w:r>
    </w:p>
    <w:p>
      <w:pPr>
        <w:spacing w:after="40"/>
        <w:ind w:left="144"/>
      </w:pPr>
      <w:r>
        <w:rPr>
          <w:b/>
          <w:color w:val="111111"/>
          <w:sz w:val="22"/>
        </w:rPr>
        <w:t xml:space="preserve">Visual hook:  </w:t>
      </w:r>
      <w:r>
        <w:rPr>
          <w:color w:val="111111"/>
          <w:sz w:val="22"/>
        </w:rPr>
        <w:t>Selfie cam mom at the kitchen counter, slight smile. Bike visible through the kitchen window in the background.</w:t>
      </w:r>
    </w:p>
    <w:p>
      <w:pPr>
        <w:spacing w:after="160"/>
        <w:ind w:left="360"/>
      </w:pPr>
      <w:r>
        <w:rPr>
          <w:i/>
          <w:color w:val="666666"/>
          <w:sz w:val="18"/>
        </w:rPr>
        <w:t>Source: inferred</w:t>
      </w:r>
    </w:p>
    <w:p>
      <w:pPr>
        <w:spacing w:after="160"/>
        <w:ind w:left="360"/>
      </w:pPr>
      <w:r>
        <w:rPr>
          <w:i/>
          <w:color w:val="666666"/>
          <w:sz w:val="18"/>
        </w:rPr>
        <w:t>Trigger: Pattern Interrupt  ·  Tactic: Confession  ·  Voice pattern: I bought X on a whim. Now Y looks different.  ·  Vibe: low-key surprise</w:t>
      </w:r>
    </w:p>
    <w:p>
      <w:pPr>
        <w:spacing w:before="280" w:after="80"/>
      </w:pPr>
      <w:r>
        <w:rPr>
          <w:b/>
          <w:color w:val="00A06E"/>
          <w:sz w:val="28"/>
        </w:rPr>
        <w:t>Full script</w:t>
      </w:r>
    </w:p>
    <w:p>
      <w:pPr>
        <w:spacing w:before="160" w:after="40"/>
      </w:pPr>
      <w:r>
        <w:rPr>
          <w:b/>
          <w:color w:val="00A06E"/>
          <w:sz w:val="24"/>
        </w:rPr>
        <w:t>0:00 to 0:04  ·  HOOK · PAST-TENSE PAIN</w:t>
      </w:r>
    </w:p>
    <w:p>
      <w:pPr>
        <w:spacing w:after="40"/>
        <w:ind w:left="144"/>
      </w:pPr>
      <w:r>
        <w:rPr>
          <w:b/>
          <w:color w:val="111111"/>
          <w:sz w:val="22"/>
        </w:rPr>
        <w:t xml:space="preserve">Voiceover:  </w:t>
      </w:r>
      <w:r>
        <w:rPr>
          <w:color w:val="111111"/>
          <w:sz w:val="22"/>
        </w:rPr>
        <w:t>“Saturdays used to be screens around here. IPad on the couch, cartoons before nine.”</w:t>
      </w:r>
    </w:p>
    <w:p>
      <w:pPr>
        <w:spacing w:after="40"/>
        <w:ind w:left="144"/>
      </w:pPr>
      <w:r>
        <w:rPr>
          <w:b/>
          <w:color w:val="111111"/>
          <w:sz w:val="22"/>
        </w:rPr>
        <w:t xml:space="preserve">Visual:  </w:t>
      </w:r>
      <w:r>
        <w:rPr>
          <w:color w:val="111111"/>
          <w:sz w:val="22"/>
        </w:rPr>
        <w:t>Mom at the kitchen counter in the warehouse-as-kitchen set. Coffee mug in hand. Quick cut to the daughter on the couch (warehouse couch set), iPad glow on her face.</w:t>
      </w:r>
    </w:p>
    <w:p>
      <w:pPr>
        <w:spacing w:before="160" w:after="40"/>
      </w:pPr>
      <w:r>
        <w:rPr>
          <w:b/>
          <w:color w:val="00A06E"/>
          <w:sz w:val="24"/>
        </w:rPr>
        <w:t>0:04 to 0:09  ·  OUTCOME 1 · LESS SCREEN</w:t>
      </w:r>
    </w:p>
    <w:p>
      <w:pPr>
        <w:spacing w:after="40"/>
        <w:ind w:left="144"/>
      </w:pPr>
      <w:r>
        <w:rPr>
          <w:b/>
          <w:color w:val="111111"/>
          <w:sz w:val="22"/>
        </w:rPr>
        <w:t xml:space="preserve">Voiceover:  </w:t>
      </w:r>
      <w:r>
        <w:rPr>
          <w:color w:val="111111"/>
          <w:sz w:val="22"/>
        </w:rPr>
        <w:t>“Then she got the Guardian. And now she walks past the iPad and out the door.”</w:t>
      </w:r>
    </w:p>
    <w:p>
      <w:pPr>
        <w:spacing w:after="40"/>
        <w:ind w:left="144"/>
      </w:pPr>
      <w:r>
        <w:rPr>
          <w:b/>
          <w:color w:val="111111"/>
          <w:sz w:val="22"/>
        </w:rPr>
        <w:t xml:space="preserve">Visual:  </w:t>
      </w:r>
      <w:r>
        <w:rPr>
          <w:color w:val="111111"/>
          <w:sz w:val="22"/>
        </w:rPr>
        <w:t>B-roll cutaway: daughter walking past the iPad (still glowing on the couch) and toward the garage door. She has her helmet in her hand.</w:t>
      </w:r>
    </w:p>
    <w:p>
      <w:pPr>
        <w:spacing w:after="40"/>
        <w:ind w:left="144"/>
      </w:pPr>
      <w:r>
        <w:rPr>
          <w:b/>
          <w:color w:val="111111"/>
          <w:sz w:val="22"/>
        </w:rPr>
        <w:t xml:space="preserve">On-screen text:  </w:t>
      </w:r>
      <w:r>
        <w:rPr>
          <w:color w:val="111111"/>
          <w:sz w:val="22"/>
        </w:rPr>
        <w:t>Less screen time</w:t>
      </w:r>
    </w:p>
    <w:p>
      <w:pPr>
        <w:spacing w:before="160" w:after="40"/>
      </w:pPr>
      <w:r>
        <w:rPr>
          <w:b/>
          <w:color w:val="00A06E"/>
          <w:sz w:val="24"/>
        </w:rPr>
        <w:t>0:09 to 0:14  ·  OUTCOME 2 · MORE LAPS</w:t>
      </w:r>
    </w:p>
    <w:p>
      <w:pPr>
        <w:spacing w:after="40"/>
        <w:ind w:left="144"/>
      </w:pPr>
      <w:r>
        <w:rPr>
          <w:b/>
          <w:color w:val="111111"/>
          <w:sz w:val="22"/>
        </w:rPr>
        <w:t xml:space="preserve">Voiceover:  </w:t>
      </w:r>
      <w:r>
        <w:rPr>
          <w:color w:val="111111"/>
          <w:sz w:val="22"/>
        </w:rPr>
        <w:t>“She rode three blocks the first day. Now she does driveway laps before breakfast.”</w:t>
      </w:r>
    </w:p>
    <w:p>
      <w:pPr>
        <w:spacing w:after="40"/>
        <w:ind w:left="144"/>
      </w:pPr>
      <w:r>
        <w:rPr>
          <w:b/>
          <w:color w:val="111111"/>
          <w:sz w:val="22"/>
        </w:rPr>
        <w:t xml:space="preserve">Visual:  </w:t>
      </w:r>
      <w:r>
        <w:rPr>
          <w:color w:val="111111"/>
          <w:sz w:val="22"/>
        </w:rPr>
        <w:t>B-roll cutaway: daughter riding the Guardian across the warehouse-as-driveway set, helmet on, confident. Hold on her riding for 2 seconds.</w:t>
      </w:r>
    </w:p>
    <w:p>
      <w:pPr>
        <w:spacing w:after="40"/>
        <w:ind w:left="144"/>
      </w:pPr>
      <w:r>
        <w:rPr>
          <w:b/>
          <w:color w:val="111111"/>
          <w:sz w:val="22"/>
        </w:rPr>
        <w:t xml:space="preserve">On-screen text:  </w:t>
      </w:r>
      <w:r>
        <w:rPr>
          <w:color w:val="111111"/>
          <w:sz w:val="22"/>
        </w:rPr>
        <w:t>More driveway laps</w:t>
      </w:r>
    </w:p>
    <w:p>
      <w:pPr>
        <w:spacing w:before="160" w:after="40"/>
      </w:pPr>
      <w:r>
        <w:rPr>
          <w:b/>
          <w:color w:val="00A06E"/>
          <w:sz w:val="24"/>
        </w:rPr>
        <w:t>0:14 to 0:19  ·  OUTCOME 3 · ASKS TO RIDE</w:t>
      </w:r>
    </w:p>
    <w:p>
      <w:pPr>
        <w:spacing w:after="40"/>
        <w:ind w:left="144"/>
      </w:pPr>
      <w:r>
        <w:rPr>
          <w:b/>
          <w:color w:val="111111"/>
          <w:sz w:val="22"/>
        </w:rPr>
        <w:t xml:space="preserve">Voiceover:  </w:t>
      </w:r>
      <w:r>
        <w:rPr>
          <w:color w:val="111111"/>
          <w:sz w:val="22"/>
        </w:rPr>
        <w:t>“She asks to ride before she asks for breakfast now. Genuinely. Every morning.”</w:t>
      </w:r>
    </w:p>
    <w:p>
      <w:pPr>
        <w:spacing w:after="40"/>
        <w:ind w:left="144"/>
      </w:pPr>
      <w:r>
        <w:rPr>
          <w:b/>
          <w:color w:val="111111"/>
          <w:sz w:val="22"/>
        </w:rPr>
        <w:t xml:space="preserve">Visual:  </w:t>
      </w:r>
      <w:r>
        <w:rPr>
          <w:color w:val="111111"/>
          <w:sz w:val="22"/>
        </w:rPr>
        <w:t>B-roll cutaway: daughter standing in the kitchen doorway with the helmet already on, looking out at the bike. Mom in soft focus behind her with the coffee mug.</w:t>
      </w:r>
    </w:p>
    <w:p>
      <w:pPr>
        <w:spacing w:after="40"/>
        <w:ind w:left="144"/>
      </w:pPr>
      <w:r>
        <w:rPr>
          <w:b/>
          <w:color w:val="111111"/>
          <w:sz w:val="22"/>
        </w:rPr>
        <w:t xml:space="preserve">On-screen text:  </w:t>
      </w:r>
      <w:r>
        <w:rPr>
          <w:color w:val="111111"/>
          <w:sz w:val="22"/>
        </w:rPr>
        <w:t>Asks to ride first</w:t>
      </w:r>
    </w:p>
    <w:p>
      <w:pPr>
        <w:spacing w:before="160" w:after="40"/>
      </w:pPr>
      <w:r>
        <w:rPr>
          <w:b/>
          <w:color w:val="00A06E"/>
          <w:sz w:val="24"/>
        </w:rPr>
        <w:t>0:19 to 0:25  ·  OUTCOME 4 · FAMILY ACTIVITY</w:t>
      </w:r>
    </w:p>
    <w:p>
      <w:pPr>
        <w:spacing w:after="40"/>
        <w:ind w:left="144"/>
      </w:pPr>
      <w:r>
        <w:rPr>
          <w:b/>
          <w:color w:val="111111"/>
          <w:sz w:val="22"/>
        </w:rPr>
        <w:t xml:space="preserve">Voiceover:  </w:t>
      </w:r>
      <w:r>
        <w:rPr>
          <w:color w:val="111111"/>
          <w:sz w:val="22"/>
        </w:rPr>
        <w:t>“And honestly, we do things as a family now on Saturdays. Just because she wants to be outside.”</w:t>
      </w:r>
    </w:p>
    <w:p>
      <w:pPr>
        <w:spacing w:after="40"/>
        <w:ind w:left="144"/>
      </w:pPr>
      <w:r>
        <w:rPr>
          <w:b/>
          <w:color w:val="111111"/>
          <w:sz w:val="22"/>
        </w:rPr>
        <w:t xml:space="preserve">Visual:  </w:t>
      </w:r>
      <w:r>
        <w:rPr>
          <w:color w:val="111111"/>
          <w:sz w:val="22"/>
        </w:rPr>
        <w:t>B-roll cutaway: daughter riding past the camera, mom walking alongside in frame. Both smiling, calm.</w:t>
      </w:r>
    </w:p>
    <w:p>
      <w:pPr>
        <w:spacing w:after="40"/>
        <w:ind w:left="144"/>
      </w:pPr>
      <w:r>
        <w:rPr>
          <w:b/>
          <w:color w:val="111111"/>
          <w:sz w:val="22"/>
        </w:rPr>
        <w:t xml:space="preserve">On-screen text:  </w:t>
      </w:r>
      <w:r>
        <w:rPr>
          <w:color w:val="111111"/>
          <w:sz w:val="22"/>
        </w:rPr>
        <w:t>Saturdays look different</w:t>
      </w:r>
    </w:p>
    <w:p>
      <w:pPr>
        <w:spacing w:before="160" w:after="40"/>
      </w:pPr>
      <w:r>
        <w:rPr>
          <w:b/>
          <w:color w:val="00A06E"/>
          <w:sz w:val="24"/>
        </w:rPr>
        <w:t>0:25 to 0:30  ·  CTA · SOFT CLOSE</w:t>
      </w:r>
    </w:p>
    <w:p>
      <w:pPr>
        <w:spacing w:after="40"/>
        <w:ind w:left="144"/>
      </w:pPr>
      <w:r>
        <w:rPr>
          <w:b/>
          <w:color w:val="111111"/>
          <w:sz w:val="22"/>
        </w:rPr>
        <w:t xml:space="preserve">Voiceover:  </w:t>
      </w:r>
      <w:r>
        <w:rPr>
          <w:color w:val="111111"/>
          <w:sz w:val="22"/>
        </w:rPr>
        <w:t>“If your kid is glued to a screen, check this out. Guardian takes it back if it does not work. Link is below.”</w:t>
      </w:r>
    </w:p>
    <w:p>
      <w:pPr>
        <w:spacing w:after="40"/>
        <w:ind w:left="144"/>
      </w:pPr>
      <w:r>
        <w:rPr>
          <w:b/>
          <w:color w:val="111111"/>
          <w:sz w:val="22"/>
        </w:rPr>
        <w:t xml:space="preserve">Visual:  </w:t>
      </w:r>
      <w:r>
        <w:rPr>
          <w:color w:val="111111"/>
          <w:sz w:val="22"/>
        </w:rPr>
        <w:t>Mom at the kitchen counter turning to camera, slight smile. End card overlay: Guardian logo, 365-day-return badge, guardianbikes.com.</w:t>
      </w:r>
    </w:p>
    <w:p>
      <w:pPr>
        <w:spacing w:after="40"/>
        <w:ind w:left="144"/>
      </w:pPr>
      <w:r>
        <w:rPr>
          <w:b/>
          <w:color w:val="111111"/>
          <w:sz w:val="22"/>
        </w:rPr>
        <w:t xml:space="preserve">On-screen text:  </w:t>
      </w:r>
      <w:r>
        <w:rPr>
          <w:color w:val="111111"/>
          <w:sz w:val="22"/>
        </w:rPr>
        <w:t>guardianbikes.com · 365-day returns</w:t>
      </w:r>
    </w:p>
    <w:p>
      <w:pPr>
        <w:spacing w:before="280" w:after="80"/>
      </w:pPr>
      <w:r>
        <w:rPr>
          <w:b/>
          <w:color w:val="111111"/>
          <w:sz w:val="28"/>
        </w:rPr>
        <w:t>Why it should work</w:t>
      </w:r>
    </w:p>
    <w:p>
      <w:pPr>
        <w:spacing w:after="120"/>
      </w:pPr>
      <w:r>
        <w:rPr>
          <w:i w:val="0"/>
          <w:color w:val="111111"/>
          <w:sz w:val="22"/>
        </w:rPr>
        <w:t>Built on the Family Freezer skeleton (1,214 days running, template_reference), adapted to GASSED's warehouse production constraint. Family Freezer's lift is the outcome-chorus architecture. Multiple specific outcomes stated in rapid succession, each one as visible proof. The original Family Freezer execution uses 3-4 different moms; GASSED's 1-2-talent rule requires a single-mom adaptation. Translation to Guardian: one mom (in the warehouse dressed as her kitchen / driveway corner) delivers all 4 outcome statements in multiple takes. Between each statement, the daughter is in frame doing the outcome (riding the Guardian, walking past the iPad, putting on the helmet, etc.). The chorus effect lives in the volume of specific outcomes + the kid's visible action, not in the number of speakers. Daughter is on camera for the majority of the runtime; mom is the voice. Family Bonding messaging is at 2 of top 15 Motion winners. Outcome-chorus is untapped in current winners.</w:t>
      </w:r>
    </w:p>
    <w:p>
      <w:pPr>
        <w:spacing w:before="280" w:after="80"/>
      </w:pPr>
      <w:r>
        <w:rPr>
          <w:b/>
          <w:color w:val="111111"/>
          <w:sz w:val="28"/>
        </w:rPr>
        <w:t>Production notes</w:t>
      </w:r>
    </w:p>
    <w:p>
      <w:pPr>
        <w:spacing w:after="120"/>
      </w:pPr>
      <w:r>
        <w:rPr>
          <w:i w:val="0"/>
          <w:color w:val="111111"/>
          <w:sz w:val="22"/>
        </w:rPr>
        <w:t>About 30 seconds, 6 beats. 2 talent (mom + daughter). Single warehouse location dressed two ways: a kitchen-counter corner (for mom's voice takes) and a driveway / garage corner (for the daughter's riding B-roll). Self-shooter on iPhone, vertical 9:16, no crew. Mom delivers 4 outcome statements in 4 separate takes. Each is one to two sentences. Between each take, cut to a B-roll of the daughter doing the outcome (riding past, looking at the bike, putting on her helmet, walking past the iPad without picking it up). The daughter has more on-camera time than the mom (B-roll between every voice take, plus the final ride shot). The mom's voice carries the testimonial; the daughter is the visible proof. End card carries the 365-day-return guarantee.</w:t>
      </w:r>
    </w:p>
    <w:p>
      <w:pPr>
        <w:spacing w:before="280" w:after="80"/>
      </w:pPr>
      <w:r>
        <w:rPr>
          <w:b/>
          <w:color w:val="111111"/>
          <w:sz w:val="28"/>
        </w:rPr>
        <w:t>Source winners</w:t>
      </w:r>
    </w:p>
    <w:p>
      <w:pPr>
        <w:pStyle w:val="ListBullet"/>
        <w:spacing w:after="40"/>
      </w:pPr>
      <w:r>
        <w:rPr>
          <w:color w:val="111111"/>
          <w:sz w:val="22"/>
        </w:rPr>
        <w:t>WS-GB-Brief208-RidingAsFamily-V2 ($16,773, 3.7x ROAS. Family Bonding mom voice)</w:t>
      </w:r>
    </w:p>
    <w:p>
      <w:pPr>
        <w:pStyle w:val="ListBullet"/>
        <w:spacing w:after="40"/>
      </w:pPr>
      <w:r>
        <w:rPr>
          <w:color w:val="111111"/>
          <w:sz w:val="22"/>
        </w:rPr>
        <w:t>GB-Fam1-LearnToRide-UGC-Vid-2yo-TJAnderson-V3 ($12,000, 3.6x ROAS. Mom + young child UGC)</w:t>
      </w:r>
    </w:p>
    <w:p>
      <w:pPr>
        <w:spacing w:before="400"/>
      </w:pPr>
      <w:r>
        <w:rPr>
          <w:color w:val="666666"/>
          <w:sz w:val="16"/>
        </w:rPr>
        <w:t>★ Orion  ·  GASSED  ·  Guardian Bikes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2.foreplay.co/260f040470d113ddcb4073fff4cb1230564427e5c38734c4cd7dec18b732bfdd.mp4" TargetMode="External"/><Relationship Id="rId10" Type="http://schemas.openxmlformats.org/officeDocument/2006/relationships/hyperlink" Target="https://app.foreplay.co/ads/o29cVA7gjqW2SZkJKiZ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