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FF3D8A"/>
          <w:sz w:val="22"/>
        </w:rPr>
        <w:t xml:space="preserve">★ </w:t>
      </w:r>
      <w:r>
        <w:rPr>
          <w:rFonts w:ascii="Courier New" w:hAnsi="Courier New"/>
          <w:b/>
          <w:color w:val="FF3D8A"/>
          <w:sz w:val="18"/>
        </w:rPr>
        <w:t xml:space="preserve">ORION  ·  </w:t>
      </w:r>
      <w:r>
        <w:rPr>
          <w:color w:val="666666"/>
          <w:sz w:val="18"/>
        </w:rPr>
        <w:t>Guardian Bikes  ·  Creative Brief</w:t>
      </w:r>
    </w:p>
    <w:p>
      <w:pPr>
        <w:spacing w:before="120" w:after="0"/>
      </w:pPr>
      <w:r>
        <w:rPr>
          <w:b/>
          <w:color w:val="FF3D8A"/>
          <w:sz w:val="18"/>
        </w:rPr>
        <w:t>CONCEPT 3</w:t>
      </w:r>
    </w:p>
    <w:p>
      <w:pPr>
        <w:spacing w:before="0" w:after="160"/>
      </w:pPr>
      <w:r>
        <w:rPr>
          <w:b/>
          <w:color w:val="111111"/>
          <w:sz w:val="44"/>
        </w:rPr>
        <w:t>I Never Thought I'd Buy My Own · Adult Rider Crossover (UGC dad confession)</w:t>
      </w:r>
    </w:p>
    <w:p>
      <w:pPr>
        <w:spacing w:after="160"/>
        <w:ind w:left="360"/>
      </w:pPr>
      <w:r>
        <w:rPr>
          <w:i/>
          <w:color w:val="666666"/>
          <w:sz w:val="18"/>
        </w:rPr>
        <w:t>Persona: Adult Riders  ·  Hook: Confession  ·  Format: Demo / Testimonial  ·  Asset: UGC</w:t>
      </w:r>
    </w:p>
    <w:p>
      <w:pPr>
        <w:spacing w:before="280" w:after="80"/>
      </w:pPr>
      <w:r>
        <w:rPr>
          <w:b/>
          <w:color w:val="FF3D8A"/>
          <w:sz w:val="28"/>
        </w:rPr>
        <w:t>📺 Emulating this format</w:t>
      </w:r>
    </w:p>
    <w:p>
      <w:pPr>
        <w:spacing w:after="40"/>
      </w:pPr>
      <w:r>
        <w:rPr>
          <w:b/>
          <w:color w:val="111111"/>
          <w:sz w:val="24"/>
        </w:rPr>
        <w:t>I never thought I'd rave about a lamp (UGC creator confession arc)</w:t>
      </w:r>
      <w:r>
        <w:rPr>
          <w:color w:val="666666"/>
          <w:sz w:val="24"/>
        </w:rPr>
        <w:t xml:space="preserve">  ·  </w:t>
      </w:r>
      <w:r>
        <w:rPr>
          <w:color w:val="666666"/>
          <w:sz w:val="24"/>
        </w:rPr>
        <w:t>Genion Space (lighting)</w:t>
      </w:r>
    </w:p>
    <w:p>
      <w:pPr>
        <w:spacing w:after="80"/>
      </w:pPr>
      <w:r>
        <w:rPr>
          <w:b/>
          <w:color w:val="00A06E"/>
          <w:sz w:val="18"/>
        </w:rPr>
        <w:t>● LIVE</w:t>
      </w:r>
      <w:r>
        <w:rPr>
          <w:color w:val="666666"/>
          <w:sz w:val="18"/>
        </w:rPr>
        <w:t xml:space="preserve">   ·   </w:t>
      </w:r>
      <w:r>
        <w:rPr>
          <w:color w:val="666666"/>
          <w:sz w:val="18"/>
        </w:rPr>
        <w:t>Running 543d</w:t>
      </w:r>
      <w:r>
        <w:rPr>
          <w:color w:val="666666"/>
          <w:sz w:val="18"/>
        </w:rPr>
        <w:t xml:space="preserve">   ·   </w:t>
      </w:r>
      <w:hyperlink r:id="rId9">
        <w:r>
          <w:rPr>
            <w:rFonts w:ascii="Arial"/>
            <w:sz w:val="20"/>
            <w:color w:val="FF3D8A"/>
            <w:u w:val="single"/>
          </w:rPr>
          <w:t xml:space="preserve">▶ Watch full MP4</w:t>
        </w:r>
      </w:hyperlink>
      <w:r>
        <w:rPr>
          <w:color w:val="666666"/>
          <w:sz w:val="18"/>
        </w:rPr>
        <w:t xml:space="preserve">   ·   </w:t>
      </w:r>
      <w:hyperlink r:id="rId10">
        <w:r>
          <w:rPr>
            <w:rFonts w:ascii="Arial"/>
            <w:sz w:val="20"/>
            <w:color w:val="FF3D8A"/>
            <w:u w:val="single"/>
          </w:rPr>
          <w:t xml:space="preserve">🔎 Open in Foreplay</w:t>
        </w:r>
      </w:hyperlink>
    </w:p>
    <w:p>
      <w:pPr>
        <w:spacing w:after="120"/>
        <w:ind w:left="360"/>
      </w:pPr>
      <w:r>
        <w:rPr>
          <w:i/>
          <w:color w:val="111111"/>
          <w:sz w:val="22"/>
        </w:rPr>
        <w:t>Multi-shot UGC creator enthusiastic discovery video. Opens casual ('Okay, I've got to share this. I just upgraded my old desk lamp to this bad boy, and WOW'), agitates bullet outcomes, lands on the surprise reveal ('I never thought I'd rave about a lamp, but here I am'), soft CTA.</w:t>
      </w:r>
    </w:p>
    <w:p>
      <w:pPr>
        <w:spacing w:before="160" w:after="40"/>
      </w:pPr>
      <w:r>
        <w:rPr>
          <w:rFonts w:ascii="Arial" w:hAnsi="Arial"/>
          <w:b/>
          <w:color w:val="666666"/>
          <w:sz w:val="18"/>
        </w:rPr>
        <w:t>STRUCTURAL SKELETON · BEATS TO LIFT</w:t>
      </w:r>
    </w:p>
    <w:p>
      <w:pPr>
        <w:spacing w:after="40"/>
        <w:ind w:left="216"/>
      </w:pPr>
      <w:r>
        <w:rPr>
          <w:b/>
          <w:color w:val="FF3D8A"/>
          <w:sz w:val="20"/>
        </w:rPr>
        <w:t xml:space="preserve">HOOK:  </w:t>
      </w:r>
      <w:r>
        <w:rPr>
          <w:color w:val="111111"/>
          <w:sz w:val="20"/>
        </w:rPr>
        <w:t>Casual UGC opener: 'Okay, I've got to share this. I just [did the thing], and WOW.'</w:t>
      </w:r>
    </w:p>
    <w:p>
      <w:pPr>
        <w:spacing w:after="40"/>
        <w:ind w:left="216"/>
      </w:pPr>
      <w:r>
        <w:rPr>
          <w:b/>
          <w:color w:val="FF3D8A"/>
          <w:sz w:val="20"/>
        </w:rPr>
        <w:t xml:space="preserve">SETUP / EXCITEMENT:  </w:t>
      </w:r>
      <w:r>
        <w:rPr>
          <w:color w:val="111111"/>
          <w:sz w:val="20"/>
        </w:rPr>
        <w:t>Frame the thing as an unexpected upgrade. Brief.</w:t>
      </w:r>
    </w:p>
    <w:p>
      <w:pPr>
        <w:spacing w:after="40"/>
        <w:ind w:left="216"/>
      </w:pPr>
      <w:r>
        <w:rPr>
          <w:b/>
          <w:color w:val="FF3D8A"/>
          <w:sz w:val="20"/>
        </w:rPr>
        <w:t xml:space="preserve">BULLET REVEAL:  </w:t>
      </w:r>
      <w:r>
        <w:rPr>
          <w:color w:val="111111"/>
          <w:sz w:val="20"/>
        </w:rPr>
        <w:t>Three to four bullet outcomes, each one specific and visible. Emoji-led.</w:t>
      </w:r>
    </w:p>
    <w:p>
      <w:pPr>
        <w:spacing w:after="40"/>
        <w:ind w:left="216"/>
      </w:pPr>
      <w:r>
        <w:rPr>
          <w:b/>
          <w:color w:val="FF3D8A"/>
          <w:sz w:val="20"/>
        </w:rPr>
        <w:t xml:space="preserve">I NEVER THOUGHT REVEAL:  </w:t>
      </w:r>
      <w:r>
        <w:rPr>
          <w:color w:val="111111"/>
          <w:sz w:val="20"/>
        </w:rPr>
        <w:t>The surprise admission lands the arc: 'I never thought I'd [praise this], but here I am.'</w:t>
      </w:r>
    </w:p>
    <w:p>
      <w:pPr>
        <w:spacing w:after="40"/>
        <w:ind w:left="216"/>
      </w:pPr>
      <w:r>
        <w:rPr>
          <w:b/>
          <w:color w:val="FF3D8A"/>
          <w:sz w:val="20"/>
        </w:rPr>
        <w:t xml:space="preserve">SOFT CTA:  </w:t>
      </w:r>
      <w:r>
        <w:rPr>
          <w:color w:val="111111"/>
          <w:sz w:val="20"/>
        </w:rPr>
        <w:t>If you're [considering this], it's a must-try. Link.</w:t>
      </w:r>
    </w:p>
    <w:p>
      <w:pPr>
        <w:spacing w:before="120" w:after="80"/>
      </w:pPr>
      <w:r>
        <w:rPr>
          <w:b/>
          <w:color w:val="00A06E"/>
          <w:sz w:val="22"/>
        </w:rPr>
        <w:t xml:space="preserve">✓ LIFT:  </w:t>
      </w:r>
      <w:r>
        <w:rPr>
          <w:color w:val="111111"/>
          <w:sz w:val="22"/>
        </w:rPr>
        <w:t>The UGC enthusiastic-discovery architecture. Translate the lamp-purchase arc to a dad's $400-kid-bike purchase. Open casual ('Okay, I've got to share this. I just spent four hundred dollars on a kids' bike'), agitate the bullet outcomes (one-lever brake, fourteen pounds, three blocks on day one), land the 'I never thought' reveal ('I never thought I'd buy my own kid's bike, but three weeks later here we are'), soft CTA. Cuts at every bullet (Genion has 22 cuts in 15s, very fast UGC-y pacing).</w:t>
      </w:r>
    </w:p>
    <w:p>
      <w:pPr>
        <w:spacing w:after="160"/>
      </w:pPr>
      <w:r>
        <w:rPr>
          <w:b/>
          <w:color w:val="CC4444"/>
          <w:sz w:val="22"/>
        </w:rPr>
        <w:t xml:space="preserve">✗ DROP:  </w:t>
      </w:r>
      <w:r>
        <w:rPr>
          <w:color w:val="666666"/>
          <w:sz w:val="22"/>
        </w:rPr>
        <w:t>The desk-lamp specifics (remote, clamp, focus mode). The 'studio lighting' production reference. Anything implying a workspace product. Guardian's context is dad + son outdoors, not studio + remote.</w:t>
      </w:r>
    </w:p>
    <w:p>
      <w:pPr>
        <w:spacing w:before="280" w:after="80"/>
      </w:pPr>
      <w:r>
        <w:rPr>
          <w:b/>
          <w:color w:val="111111"/>
          <w:sz w:val="28"/>
        </w:rPr>
        <w:t>Concept</w:t>
      </w:r>
    </w:p>
    <w:p>
      <w:pPr>
        <w:spacing w:after="120"/>
      </w:pPr>
      <w:r>
        <w:rPr>
          <w:i w:val="0"/>
          <w:color w:val="111111"/>
          <w:sz w:val="22"/>
        </w:rPr>
        <w:t>UGC dad-selfie confession built on Tubo's parent-skeptic skeleton. Dad opens with the skeptic admission about the price of a 'real' kid bike, agitates the alternative-product regret, pivots into the discovery moment, brings sensory proof in the parent's POV, and lands the outcome that he ended up buying his own. Bridges the kid-bike narrative into the adult-bike SKU, which has strong unit economics but almost no UGC video against it.</w:t>
      </w:r>
    </w:p>
    <w:p>
      <w:pPr>
        <w:spacing w:before="280" w:after="80"/>
      </w:pPr>
      <w:r>
        <w:rPr>
          <w:b/>
          <w:color w:val="111111"/>
          <w:sz w:val="28"/>
        </w:rPr>
        <w:t>Talent</w:t>
      </w:r>
    </w:p>
    <w:p>
      <w:pPr>
        <w:spacing w:after="40"/>
        <w:ind w:left="144"/>
      </w:pPr>
      <w:r>
        <w:rPr>
          <w:b/>
          <w:color w:val="111111"/>
          <w:sz w:val="22"/>
        </w:rPr>
        <w:t xml:space="preserve">Age:  </w:t>
      </w:r>
      <w:r>
        <w:rPr>
          <w:color w:val="111111"/>
          <w:sz w:val="22"/>
        </w:rPr>
        <w:t>35 to 45 (dad) plus 6 to 9 (son)</w:t>
      </w:r>
    </w:p>
    <w:p>
      <w:pPr>
        <w:spacing w:after="40"/>
        <w:ind w:left="144"/>
      </w:pPr>
      <w:r>
        <w:rPr>
          <w:b/>
          <w:color w:val="111111"/>
          <w:sz w:val="22"/>
        </w:rPr>
        <w:t xml:space="preserve">Demographic:  </w:t>
      </w:r>
      <w:r>
        <w:rPr>
          <w:color w:val="111111"/>
          <w:sz w:val="22"/>
        </w:rPr>
        <w:t>Dad, any ethnicity, average build, real-dad UGC look. Plus a son for the family ride beats. Real father-son chemistry preferred. Slight stubble fine. Honest tone, never actor-y.</w:t>
      </w:r>
    </w:p>
    <w:p>
      <w:pPr>
        <w:spacing w:after="40"/>
        <w:ind w:left="144"/>
      </w:pPr>
      <w:r>
        <w:rPr>
          <w:b/>
          <w:color w:val="111111"/>
          <w:sz w:val="22"/>
        </w:rPr>
        <w:t xml:space="preserve">Look:  </w:t>
      </w:r>
      <w:r>
        <w:rPr>
          <w:color w:val="111111"/>
          <w:sz w:val="22"/>
        </w:rPr>
        <w:t>Casual t-shirt and jeans on dad, no styling. Son in normal everyday clothes. Shot at home, garage, and a suburban neighborhood street. Selfie-cam handheld for the dad-to-camera beats, propped on a tripod for the family ride.</w:t>
      </w:r>
    </w:p>
    <w:p>
      <w:pPr>
        <w:spacing w:before="280" w:after="80"/>
      </w:pPr>
      <w:r>
        <w:rPr>
          <w:b/>
          <w:color w:val="111111"/>
          <w:sz w:val="28"/>
        </w:rPr>
        <w:t>Props &amp; gear</w:t>
      </w:r>
    </w:p>
    <w:p>
      <w:pPr>
        <w:pStyle w:val="ListBullet"/>
        <w:spacing w:after="40"/>
      </w:pPr>
      <w:r>
        <w:rPr>
          <w:color w:val="111111"/>
          <w:sz w:val="22"/>
        </w:rPr>
        <w:t>1 adult Guardian bike (sized to dad)</w:t>
      </w:r>
    </w:p>
    <w:p>
      <w:pPr>
        <w:pStyle w:val="ListBullet"/>
        <w:spacing w:after="40"/>
      </w:pPr>
      <w:r>
        <w:rPr>
          <w:color w:val="111111"/>
          <w:sz w:val="22"/>
        </w:rPr>
        <w:t>1 kids' Guardian bike (matching color or finish to dad's where possible)</w:t>
      </w:r>
    </w:p>
    <w:p>
      <w:pPr>
        <w:pStyle w:val="ListBullet"/>
        <w:spacing w:after="40"/>
      </w:pPr>
      <w:r>
        <w:rPr>
          <w:color w:val="111111"/>
          <w:sz w:val="22"/>
        </w:rPr>
        <w:t>2 helmets (adult plus child, color-coordinated to wardrobe)</w:t>
      </w:r>
    </w:p>
    <w:p>
      <w:pPr>
        <w:pStyle w:val="ListBullet"/>
        <w:spacing w:after="40"/>
      </w:pPr>
      <w:r>
        <w:rPr>
          <w:color w:val="111111"/>
          <w:sz w:val="22"/>
        </w:rPr>
        <w:t>1 iPhone for selfie shooting (handheld)</w:t>
      </w:r>
    </w:p>
    <w:p>
      <w:pPr>
        <w:pStyle w:val="ListBullet"/>
        <w:spacing w:after="40"/>
      </w:pPr>
      <w:r>
        <w:rPr>
          <w:color w:val="111111"/>
          <w:sz w:val="22"/>
        </w:rPr>
        <w:t>Garage or driveway location for the intro and bullet beats</w:t>
      </w:r>
    </w:p>
    <w:p>
      <w:pPr>
        <w:pStyle w:val="ListBullet"/>
        <w:spacing w:after="40"/>
      </w:pPr>
      <w:r>
        <w:rPr>
          <w:color w:val="111111"/>
          <w:sz w:val="22"/>
        </w:rPr>
        <w:t>Suburban tree-lined street for the family ride B-roll</w:t>
      </w:r>
    </w:p>
    <w:p>
      <w:pPr>
        <w:spacing w:before="280" w:after="80"/>
      </w:pPr>
      <w:r>
        <w:rPr>
          <w:b/>
          <w:color w:val="111111"/>
          <w:sz w:val="28"/>
        </w:rPr>
        <w:t>Hook variations</w:t>
      </w:r>
    </w:p>
    <w:p>
      <w:pPr>
        <w:spacing w:before="160" w:after="40"/>
      </w:pPr>
      <w:r>
        <w:rPr>
          <w:b/>
          <w:color w:val="FF3D8A"/>
          <w:sz w:val="24"/>
        </w:rPr>
        <w:t>Hook 1  ·  Confession</w:t>
      </w:r>
    </w:p>
    <w:p>
      <w:pPr>
        <w:spacing w:after="80"/>
        <w:ind w:left="360"/>
      </w:pPr>
      <w:r>
        <w:rPr>
          <w:i/>
          <w:color w:val="111111"/>
          <w:sz w:val="24"/>
        </w:rPr>
        <w:t>“Okay, I've got to share this. I just spent four hundred dollars on a kid's bike and I was sure I was making a mistake.”</w:t>
      </w:r>
    </w:p>
    <w:p>
      <w:pPr>
        <w:spacing w:after="40"/>
        <w:ind w:left="144"/>
      </w:pPr>
      <w:r>
        <w:rPr>
          <w:b/>
          <w:color w:val="111111"/>
          <w:sz w:val="22"/>
        </w:rPr>
        <w:t xml:space="preserve">Visual hook:  </w:t>
      </w:r>
      <w:r>
        <w:rPr>
          <w:color w:val="111111"/>
          <w:sz w:val="22"/>
        </w:rPr>
        <w:t>Selfie cam dad in the garage, two Guardian bikes visible behind him. Casual, slight smile.</w:t>
      </w:r>
    </w:p>
    <w:p>
      <w:pPr>
        <w:spacing w:after="160"/>
        <w:ind w:left="360"/>
      </w:pPr>
      <w:r>
        <w:rPr>
          <w:i/>
          <w:color w:val="666666"/>
          <w:sz w:val="18"/>
        </w:rPr>
        <w:t>Source: Genion Space skeleton (casual UGC enthusiastic opener)</w:t>
      </w:r>
    </w:p>
    <w:p>
      <w:pPr>
        <w:spacing w:after="160"/>
        <w:ind w:left="360"/>
      </w:pPr>
      <w:r>
        <w:rPr>
          <w:i/>
          <w:color w:val="666666"/>
          <w:sz w:val="18"/>
        </w:rPr>
        <w:t>Trigger: Curiosity Gap  ·  Tactic: Confession  ·  Voice pattern: Okay, I've got to share this. I just X and I thought Y.  ·  Vibe: UGC casual confession</w:t>
      </w:r>
    </w:p>
    <w:p>
      <w:pPr>
        <w:spacing w:before="160" w:after="40"/>
      </w:pPr>
      <w:r>
        <w:rPr>
          <w:b/>
          <w:color w:val="FF3D8A"/>
          <w:sz w:val="24"/>
        </w:rPr>
        <w:t>Hook 2  ·  Confession</w:t>
      </w:r>
    </w:p>
    <w:p>
      <w:pPr>
        <w:spacing w:after="80"/>
        <w:ind w:left="360"/>
      </w:pPr>
      <w:r>
        <w:rPr>
          <w:i/>
          <w:color w:val="111111"/>
          <w:sz w:val="24"/>
        </w:rPr>
        <w:t>“I never thought I'd buy my own kid's bike. Three weeks ago I ordered one for me.”</w:t>
      </w:r>
    </w:p>
    <w:p>
      <w:pPr>
        <w:spacing w:after="40"/>
        <w:ind w:left="144"/>
      </w:pPr>
      <w:r>
        <w:rPr>
          <w:b/>
          <w:color w:val="111111"/>
          <w:sz w:val="22"/>
        </w:rPr>
        <w:t xml:space="preserve">Visual hook:  </w:t>
      </w:r>
      <w:r>
        <w:rPr>
          <w:color w:val="111111"/>
          <w:sz w:val="22"/>
        </w:rPr>
        <w:t>Wide shot of the driveway, dad and son on matching Guardians.</w:t>
      </w:r>
    </w:p>
    <w:p>
      <w:pPr>
        <w:spacing w:after="160"/>
        <w:ind w:left="360"/>
      </w:pPr>
      <w:r>
        <w:rPr>
          <w:i/>
          <w:color w:val="666666"/>
          <w:sz w:val="18"/>
        </w:rPr>
        <w:t>Source: Genion Space skeleton variant (I-never-thought reveal as opener)</w:t>
      </w:r>
    </w:p>
    <w:p>
      <w:pPr>
        <w:spacing w:after="160"/>
        <w:ind w:left="360"/>
      </w:pPr>
      <w:r>
        <w:rPr>
          <w:i/>
          <w:color w:val="666666"/>
          <w:sz w:val="18"/>
        </w:rPr>
        <w:t>Trigger: Curiosity Gap  ·  Tactic: Confession  ·  Voice pattern: I never thought X. Then Y happened.  ·  Vibe: surprised-by-himself dad</w:t>
      </w:r>
    </w:p>
    <w:p>
      <w:pPr>
        <w:spacing w:before="160" w:after="40"/>
      </w:pPr>
      <w:r>
        <w:rPr>
          <w:b/>
          <w:color w:val="FF3D8A"/>
          <w:sz w:val="24"/>
        </w:rPr>
        <w:t>Hook 3  ·  Confession</w:t>
      </w:r>
    </w:p>
    <w:p>
      <w:pPr>
        <w:spacing w:after="80"/>
        <w:ind w:left="360"/>
      </w:pPr>
      <w:r>
        <w:rPr>
          <w:i/>
          <w:color w:val="111111"/>
          <w:sz w:val="24"/>
        </w:rPr>
        <w:t>“Real talk. I bought my son a Guardian, thought I'd return it in a week, and now I ride one too.”</w:t>
      </w:r>
    </w:p>
    <w:p>
      <w:pPr>
        <w:spacing w:after="40"/>
        <w:ind w:left="144"/>
      </w:pPr>
      <w:r>
        <w:rPr>
          <w:b/>
          <w:color w:val="111111"/>
          <w:sz w:val="22"/>
        </w:rPr>
        <w:t xml:space="preserve">Visual hook:  </w:t>
      </w:r>
      <w:r>
        <w:rPr>
          <w:color w:val="111111"/>
          <w:sz w:val="22"/>
        </w:rPr>
        <w:t>Selfie cam dad holding both helmets, slight head shake.</w:t>
      </w:r>
    </w:p>
    <w:p>
      <w:pPr>
        <w:spacing w:after="160"/>
        <w:ind w:left="360"/>
      </w:pPr>
      <w:r>
        <w:rPr>
          <w:i/>
          <w:color w:val="666666"/>
          <w:sz w:val="18"/>
        </w:rPr>
        <w:t>Source: inferred</w:t>
      </w:r>
    </w:p>
    <w:p>
      <w:pPr>
        <w:spacing w:after="160"/>
        <w:ind w:left="360"/>
      </w:pPr>
      <w:r>
        <w:rPr>
          <w:i/>
          <w:color w:val="666666"/>
          <w:sz w:val="18"/>
        </w:rPr>
        <w:t>Trigger: Pattern Interrupt  ·  Tactic: Confession  ·  Voice pattern: Real talk. I thought X. Now Y.  ·  Vibe: earned admission</w:t>
      </w:r>
    </w:p>
    <w:p>
      <w:pPr>
        <w:spacing w:before="160" w:after="40"/>
      </w:pPr>
      <w:r>
        <w:rPr>
          <w:b/>
          <w:color w:val="FF3D8A"/>
          <w:sz w:val="24"/>
        </w:rPr>
        <w:t>Hook 4  ·  Bold Claim</w:t>
      </w:r>
    </w:p>
    <w:p>
      <w:pPr>
        <w:spacing w:after="80"/>
        <w:ind w:left="360"/>
      </w:pPr>
      <w:r>
        <w:rPr>
          <w:i/>
          <w:color w:val="111111"/>
          <w:sz w:val="24"/>
        </w:rPr>
        <w:t>“Most dads I know would not spend four hundred dollars on a kid's bike. Here is what changed my mind.”</w:t>
      </w:r>
    </w:p>
    <w:p>
      <w:pPr>
        <w:spacing w:after="40"/>
        <w:ind w:left="144"/>
      </w:pPr>
      <w:r>
        <w:rPr>
          <w:b/>
          <w:color w:val="111111"/>
          <w:sz w:val="22"/>
        </w:rPr>
        <w:t xml:space="preserve">Visual hook:  </w:t>
      </w:r>
      <w:r>
        <w:rPr>
          <w:color w:val="111111"/>
          <w:sz w:val="22"/>
        </w:rPr>
        <w:t>Dad lifting the kid Guardian one-handed, closeup on his face mid-reaction.</w:t>
      </w:r>
    </w:p>
    <w:p>
      <w:pPr>
        <w:spacing w:after="160"/>
        <w:ind w:left="360"/>
      </w:pPr>
      <w:r>
        <w:rPr>
          <w:i/>
          <w:color w:val="666666"/>
          <w:sz w:val="18"/>
        </w:rPr>
        <w:t>Source: inferred</w:t>
      </w:r>
    </w:p>
    <w:p>
      <w:pPr>
        <w:spacing w:after="160"/>
        <w:ind w:left="360"/>
      </w:pPr>
      <w:r>
        <w:rPr>
          <w:i/>
          <w:color w:val="666666"/>
          <w:sz w:val="18"/>
        </w:rPr>
        <w:t>Trigger: Loss Aversion  ·  Tactic: Bold Claim  ·  Voice pattern: Most X would not Y. Here is what changed my mind.  ·  Vibe: matter-of-fact</w:t>
      </w:r>
    </w:p>
    <w:p>
      <w:pPr>
        <w:spacing w:before="160" w:after="40"/>
      </w:pPr>
      <w:r>
        <w:rPr>
          <w:b/>
          <w:color w:val="FF3D8A"/>
          <w:sz w:val="24"/>
        </w:rPr>
        <w:t>Hook 5  ·  Confession</w:t>
      </w:r>
    </w:p>
    <w:p>
      <w:pPr>
        <w:spacing w:after="80"/>
        <w:ind w:left="360"/>
      </w:pPr>
      <w:r>
        <w:rPr>
          <w:i/>
          <w:color w:val="111111"/>
          <w:sz w:val="24"/>
        </w:rPr>
        <w:t>“Genuinely thought the four hundred dollar bike was a scam. I was wrong about that.”</w:t>
      </w:r>
    </w:p>
    <w:p>
      <w:pPr>
        <w:spacing w:after="40"/>
        <w:ind w:left="144"/>
      </w:pPr>
      <w:r>
        <w:rPr>
          <w:b/>
          <w:color w:val="111111"/>
          <w:sz w:val="22"/>
        </w:rPr>
        <w:t xml:space="preserve">Visual hook:  </w:t>
      </w:r>
      <w:r>
        <w:rPr>
          <w:color w:val="111111"/>
          <w:sz w:val="22"/>
        </w:rPr>
        <w:t>Selfie cam dad in the garage, no smile, honest delivery.</w:t>
      </w:r>
    </w:p>
    <w:p>
      <w:pPr>
        <w:spacing w:after="160"/>
        <w:ind w:left="360"/>
      </w:pPr>
      <w:r>
        <w:rPr>
          <w:i/>
          <w:color w:val="666666"/>
          <w:sz w:val="18"/>
        </w:rPr>
        <w:t>Source: inferred</w:t>
      </w:r>
    </w:p>
    <w:p>
      <w:pPr>
        <w:spacing w:after="160"/>
        <w:ind w:left="360"/>
      </w:pPr>
      <w:r>
        <w:rPr>
          <w:i/>
          <w:color w:val="666666"/>
          <w:sz w:val="18"/>
        </w:rPr>
        <w:t>Trigger: Pattern Interrupt  ·  Tactic: Confession  ·  Voice pattern: Genuinely thought X was Y. I was wrong about Z.  ·  Vibe: dry admission</w:t>
      </w:r>
    </w:p>
    <w:p>
      <w:pPr>
        <w:spacing w:before="280" w:after="80"/>
      </w:pPr>
      <w:r>
        <w:rPr>
          <w:b/>
          <w:color w:val="00A06E"/>
          <w:sz w:val="28"/>
        </w:rPr>
        <w:t>Full script</w:t>
      </w:r>
    </w:p>
    <w:p>
      <w:pPr>
        <w:spacing w:before="160" w:after="40"/>
      </w:pPr>
      <w:r>
        <w:rPr>
          <w:b/>
          <w:color w:val="00A06E"/>
          <w:sz w:val="24"/>
        </w:rPr>
        <w:t>0:00 to 0:04  ·  HOOK · CASUAL UGC OPENER</w:t>
      </w:r>
    </w:p>
    <w:p>
      <w:pPr>
        <w:spacing w:after="40"/>
        <w:ind w:left="144"/>
      </w:pPr>
      <w:r>
        <w:rPr>
          <w:b/>
          <w:color w:val="111111"/>
          <w:sz w:val="22"/>
        </w:rPr>
        <w:t xml:space="preserve">Voiceover:  </w:t>
      </w:r>
      <w:r>
        <w:rPr>
          <w:color w:val="111111"/>
          <w:sz w:val="22"/>
        </w:rPr>
        <w:t>“Okay, I've got to share this. I just spent four hundred dollars on a kid's bike and I was sure I was making a mistake.”</w:t>
      </w:r>
    </w:p>
    <w:p>
      <w:pPr>
        <w:spacing w:after="40"/>
        <w:ind w:left="144"/>
      </w:pPr>
      <w:r>
        <w:rPr>
          <w:b/>
          <w:color w:val="111111"/>
          <w:sz w:val="22"/>
        </w:rPr>
        <w:t xml:space="preserve">Visual:  </w:t>
      </w:r>
      <w:r>
        <w:rPr>
          <w:color w:val="111111"/>
          <w:sz w:val="22"/>
        </w:rPr>
        <w:t>Selfie cam dad in the garage. Two Guardian bikes visible behind him (one kid-sized, one adult). Casual, slight smile.</w:t>
      </w:r>
    </w:p>
    <w:p>
      <w:pPr>
        <w:spacing w:after="40"/>
        <w:ind w:left="144"/>
      </w:pPr>
      <w:r>
        <w:rPr>
          <w:b/>
          <w:color w:val="111111"/>
          <w:sz w:val="22"/>
        </w:rPr>
        <w:t xml:space="preserve">On-screen text:  </w:t>
      </w:r>
      <w:r>
        <w:rPr>
          <w:color w:val="111111"/>
          <w:sz w:val="22"/>
        </w:rPr>
        <w:t>Dad confession</w:t>
      </w:r>
    </w:p>
    <w:p>
      <w:pPr>
        <w:spacing w:before="160" w:after="40"/>
      </w:pPr>
      <w:r>
        <w:rPr>
          <w:b/>
          <w:color w:val="00A06E"/>
          <w:sz w:val="24"/>
        </w:rPr>
        <w:t>0:04 to 0:08  ·  SETUP · WHY I THOUGHT IT WAS A MISTAKE</w:t>
      </w:r>
    </w:p>
    <w:p>
      <w:pPr>
        <w:spacing w:after="40"/>
        <w:ind w:left="144"/>
      </w:pPr>
      <w:r>
        <w:rPr>
          <w:b/>
          <w:color w:val="111111"/>
          <w:sz w:val="22"/>
        </w:rPr>
        <w:t xml:space="preserve">Voiceover:  </w:t>
      </w:r>
      <w:r>
        <w:rPr>
          <w:color w:val="111111"/>
          <w:sz w:val="22"/>
        </w:rPr>
        <w:t>“And honestly, the bike aisle has them for eighty bucks. I was prepared to return this thing in a week.”</w:t>
      </w:r>
    </w:p>
    <w:p>
      <w:pPr>
        <w:spacing w:after="40"/>
        <w:ind w:left="144"/>
      </w:pPr>
      <w:r>
        <w:rPr>
          <w:b/>
          <w:color w:val="111111"/>
          <w:sz w:val="22"/>
        </w:rPr>
        <w:t xml:space="preserve">Visual:  </w:t>
      </w:r>
      <w:r>
        <w:rPr>
          <w:color w:val="111111"/>
          <w:sz w:val="22"/>
        </w:rPr>
        <w:t>Quick cut to a B-roll of the generic bike vs. The Guardian side-by-side on the warehouse floor, then back to dad in the warehouse-as-garage.</w:t>
      </w:r>
    </w:p>
    <w:p>
      <w:pPr>
        <w:spacing w:after="40"/>
        <w:ind w:left="144"/>
      </w:pPr>
      <w:r>
        <w:rPr>
          <w:b/>
          <w:color w:val="111111"/>
          <w:sz w:val="22"/>
        </w:rPr>
        <w:t xml:space="preserve">On-screen text:  </w:t>
      </w:r>
      <w:r>
        <w:rPr>
          <w:color w:val="111111"/>
          <w:sz w:val="22"/>
        </w:rPr>
        <w:t>Aisle price · $80</w:t>
      </w:r>
    </w:p>
    <w:p>
      <w:pPr>
        <w:spacing w:before="160" w:after="40"/>
      </w:pPr>
      <w:r>
        <w:rPr>
          <w:b/>
          <w:color w:val="00A06E"/>
          <w:sz w:val="24"/>
        </w:rPr>
        <w:t>0:08 to 0:12  ·  BULLET 1 · BRAKE</w:t>
      </w:r>
    </w:p>
    <w:p>
      <w:pPr>
        <w:spacing w:after="40"/>
        <w:ind w:left="144"/>
      </w:pPr>
      <w:r>
        <w:rPr>
          <w:b/>
          <w:color w:val="111111"/>
          <w:sz w:val="22"/>
        </w:rPr>
        <w:t xml:space="preserve">Voiceover:  </w:t>
      </w:r>
      <w:r>
        <w:rPr>
          <w:color w:val="111111"/>
          <w:sz w:val="22"/>
        </w:rPr>
        <w:t>“But the brake is one lever, and my five-year-old stops on his first try.”</w:t>
      </w:r>
    </w:p>
    <w:p>
      <w:pPr>
        <w:spacing w:after="40"/>
        <w:ind w:left="144"/>
      </w:pPr>
      <w:r>
        <w:rPr>
          <w:b/>
          <w:color w:val="111111"/>
          <w:sz w:val="22"/>
        </w:rPr>
        <w:t xml:space="preserve">Visual:  </w:t>
      </w:r>
      <w:r>
        <w:rPr>
          <w:color w:val="111111"/>
          <w:sz w:val="22"/>
        </w:rPr>
        <w:t>Closeup of son's small hand squeezing the SureStop. Both wheels lock. Quick cut.</w:t>
      </w:r>
    </w:p>
    <w:p>
      <w:pPr>
        <w:spacing w:after="40"/>
        <w:ind w:left="144"/>
      </w:pPr>
      <w:r>
        <w:rPr>
          <w:b/>
          <w:color w:val="111111"/>
          <w:sz w:val="22"/>
        </w:rPr>
        <w:t xml:space="preserve">On-screen text:  </w:t>
      </w:r>
      <w:r>
        <w:rPr>
          <w:color w:val="111111"/>
          <w:sz w:val="22"/>
        </w:rPr>
        <w:t>🛑 One-lever SureStop</w:t>
      </w:r>
    </w:p>
    <w:p>
      <w:pPr>
        <w:spacing w:before="160" w:after="40"/>
      </w:pPr>
      <w:r>
        <w:rPr>
          <w:b/>
          <w:color w:val="00A06E"/>
          <w:sz w:val="24"/>
        </w:rPr>
        <w:t>0:12 to 0:15  ·  BULLET 2 · WEIGHT</w:t>
      </w:r>
    </w:p>
    <w:p>
      <w:pPr>
        <w:spacing w:after="40"/>
        <w:ind w:left="144"/>
      </w:pPr>
      <w:r>
        <w:rPr>
          <w:b/>
          <w:color w:val="111111"/>
          <w:sz w:val="22"/>
        </w:rPr>
        <w:t xml:space="preserve">Voiceover:  </w:t>
      </w:r>
      <w:r>
        <w:rPr>
          <w:color w:val="111111"/>
          <w:sz w:val="22"/>
        </w:rPr>
        <w:t>“It's fourteen pounds. Half the weight of what's in the aisle.”</w:t>
      </w:r>
    </w:p>
    <w:p>
      <w:pPr>
        <w:spacing w:after="40"/>
        <w:ind w:left="144"/>
      </w:pPr>
      <w:r>
        <w:rPr>
          <w:b/>
          <w:color w:val="111111"/>
          <w:sz w:val="22"/>
        </w:rPr>
        <w:t xml:space="preserve">Visual:  </w:t>
      </w:r>
      <w:r>
        <w:rPr>
          <w:color w:val="111111"/>
          <w:sz w:val="22"/>
        </w:rPr>
        <w:t>Dad lifts the kid Guardian one-handed. Quick side-by-side overlay: 28 lbs vs 14 lbs.</w:t>
      </w:r>
    </w:p>
    <w:p>
      <w:pPr>
        <w:spacing w:after="40"/>
        <w:ind w:left="144"/>
      </w:pPr>
      <w:r>
        <w:rPr>
          <w:b/>
          <w:color w:val="111111"/>
          <w:sz w:val="22"/>
        </w:rPr>
        <w:t xml:space="preserve">On-screen text:  </w:t>
      </w:r>
      <w:r>
        <w:rPr>
          <w:color w:val="111111"/>
          <w:sz w:val="22"/>
        </w:rPr>
        <w:t>⚖️ 14 lbs</w:t>
      </w:r>
    </w:p>
    <w:p>
      <w:pPr>
        <w:spacing w:before="160" w:after="40"/>
      </w:pPr>
      <w:r>
        <w:rPr>
          <w:b/>
          <w:color w:val="00A06E"/>
          <w:sz w:val="24"/>
        </w:rPr>
        <w:t>0:15 to 0:19  ·  BULLET 3 · OUTCOME</w:t>
      </w:r>
    </w:p>
    <w:p>
      <w:pPr>
        <w:spacing w:after="40"/>
        <w:ind w:left="144"/>
      </w:pPr>
      <w:r>
        <w:rPr>
          <w:b/>
          <w:color w:val="111111"/>
          <w:sz w:val="22"/>
        </w:rPr>
        <w:t xml:space="preserve">Voiceover:  </w:t>
      </w:r>
      <w:r>
        <w:rPr>
          <w:color w:val="111111"/>
          <w:sz w:val="22"/>
        </w:rPr>
        <w:t>“He rode it three blocks on day one. No training wheels.”</w:t>
      </w:r>
    </w:p>
    <w:p>
      <w:pPr>
        <w:spacing w:after="40"/>
        <w:ind w:left="144"/>
      </w:pPr>
      <w:r>
        <w:rPr>
          <w:b/>
          <w:color w:val="111111"/>
          <w:sz w:val="22"/>
        </w:rPr>
        <w:t xml:space="preserve">Visual:  </w:t>
      </w:r>
      <w:r>
        <w:rPr>
          <w:color w:val="111111"/>
          <w:sz w:val="22"/>
        </w:rPr>
        <w:t>Wide shot of son riding down the driveway. Dad cheering from edge of frame.</w:t>
      </w:r>
    </w:p>
    <w:p>
      <w:pPr>
        <w:spacing w:after="40"/>
        <w:ind w:left="144"/>
      </w:pPr>
      <w:r>
        <w:rPr>
          <w:b/>
          <w:color w:val="111111"/>
          <w:sz w:val="22"/>
        </w:rPr>
        <w:t xml:space="preserve">On-screen text:  </w:t>
      </w:r>
      <w:r>
        <w:rPr>
          <w:color w:val="111111"/>
          <w:sz w:val="22"/>
        </w:rPr>
        <w:t>Day 1 · 3 blocks</w:t>
      </w:r>
    </w:p>
    <w:p>
      <w:pPr>
        <w:spacing w:before="160" w:after="40"/>
      </w:pPr>
      <w:r>
        <w:rPr>
          <w:b/>
          <w:color w:val="00A06E"/>
          <w:sz w:val="24"/>
        </w:rPr>
        <w:t>0:19 to 0:25  ·  I NEVER THOUGHT REVEAL</w:t>
      </w:r>
    </w:p>
    <w:p>
      <w:pPr>
        <w:spacing w:after="40"/>
        <w:ind w:left="144"/>
      </w:pPr>
      <w:r>
        <w:rPr>
          <w:b/>
          <w:color w:val="111111"/>
          <w:sz w:val="22"/>
        </w:rPr>
        <w:t xml:space="preserve">Voiceover:  </w:t>
      </w:r>
      <w:r>
        <w:rPr>
          <w:color w:val="111111"/>
          <w:sz w:val="22"/>
        </w:rPr>
        <w:t>“And then three weeks later I was ordering my own. I never thought I'd buy my own kid's bike, but here I am.”</w:t>
      </w:r>
    </w:p>
    <w:p>
      <w:pPr>
        <w:spacing w:after="40"/>
        <w:ind w:left="144"/>
      </w:pPr>
      <w:r>
        <w:rPr>
          <w:b/>
          <w:color w:val="111111"/>
          <w:sz w:val="22"/>
        </w:rPr>
        <w:t xml:space="preserve">Visual:  </w:t>
      </w:r>
      <w:r>
        <w:rPr>
          <w:color w:val="111111"/>
          <w:sz w:val="22"/>
        </w:rPr>
        <w:t>Cut to wide of dad and son on matching Guardians, riding side by side down the neighborhood street.</w:t>
      </w:r>
    </w:p>
    <w:p>
      <w:pPr>
        <w:spacing w:after="40"/>
        <w:ind w:left="144"/>
      </w:pPr>
      <w:r>
        <w:rPr>
          <w:b/>
          <w:color w:val="111111"/>
          <w:sz w:val="22"/>
        </w:rPr>
        <w:t xml:space="preserve">On-screen text:  </w:t>
      </w:r>
      <w:r>
        <w:rPr>
          <w:color w:val="111111"/>
          <w:sz w:val="22"/>
        </w:rPr>
        <w:t>Same brake · Adult sizes</w:t>
      </w:r>
    </w:p>
    <w:p>
      <w:pPr>
        <w:spacing w:before="160" w:after="40"/>
      </w:pPr>
      <w:r>
        <w:rPr>
          <w:b/>
          <w:color w:val="00A06E"/>
          <w:sz w:val="24"/>
        </w:rPr>
        <w:t>0:25 to 0:30  ·  SOFT CTA</w:t>
      </w:r>
    </w:p>
    <w:p>
      <w:pPr>
        <w:spacing w:after="40"/>
        <w:ind w:left="144"/>
      </w:pPr>
      <w:r>
        <w:rPr>
          <w:b/>
          <w:color w:val="111111"/>
          <w:sz w:val="22"/>
        </w:rPr>
        <w:t xml:space="preserve">Voiceover:  </w:t>
      </w:r>
      <w:r>
        <w:rPr>
          <w:color w:val="111111"/>
          <w:sz w:val="22"/>
        </w:rPr>
        <w:t>“If you're a dad on the fence about spending the money, just check it out. By the way, Guardian takes it back any time in the next year.”</w:t>
      </w:r>
    </w:p>
    <w:p>
      <w:pPr>
        <w:spacing w:after="40"/>
        <w:ind w:left="144"/>
      </w:pPr>
      <w:r>
        <w:rPr>
          <w:b/>
          <w:color w:val="111111"/>
          <w:sz w:val="22"/>
        </w:rPr>
        <w:t xml:space="preserve">Visual:  </w:t>
      </w:r>
      <w:r>
        <w:rPr>
          <w:color w:val="111111"/>
          <w:sz w:val="22"/>
        </w:rPr>
        <w:t>End card. Guardian logo, adult bike SKU shot, 365-day-return badge. Clean.</w:t>
      </w:r>
    </w:p>
    <w:p>
      <w:pPr>
        <w:spacing w:after="40"/>
        <w:ind w:left="144"/>
      </w:pPr>
      <w:r>
        <w:rPr>
          <w:b/>
          <w:color w:val="111111"/>
          <w:sz w:val="22"/>
        </w:rPr>
        <w:t xml:space="preserve">On-screen text:  </w:t>
      </w:r>
      <w:r>
        <w:rPr>
          <w:color w:val="111111"/>
          <w:sz w:val="22"/>
        </w:rPr>
        <w:t>guardianbikes.com/adult · 365-day returns</w:t>
      </w:r>
    </w:p>
    <w:p>
      <w:pPr>
        <w:spacing w:before="280" w:after="80"/>
      </w:pPr>
      <w:r>
        <w:rPr>
          <w:b/>
          <w:color w:val="111111"/>
          <w:sz w:val="28"/>
        </w:rPr>
        <w:t>Why it should work</w:t>
      </w:r>
    </w:p>
    <w:p>
      <w:pPr>
        <w:spacing w:after="120"/>
      </w:pPr>
      <w:r>
        <w:rPr>
          <w:i w:val="0"/>
          <w:color w:val="111111"/>
          <w:sz w:val="22"/>
        </w:rPr>
        <w:t>Rebuilt on the Genion Space skeleton (543 days running, template_reference). Genion's structure: casual UGC opener ('Okay, I've got to share this. I upgraded my old desk lamp and WOW'), enthusiastic discovery, fast-cut bullet outcomes, 'I never thought I'd rave about X' surprise reveal, soft CTA. Translation to Guardian: dad opens 'Okay, I've got to share this. I just spent four hundred dollars on a kids' bike and I was sure I was making a mistake.' Then enthusiastic discovery beats with bullet outcomes (one-lever brake / fourteen pounds / three blocks on day one / three weeks later I was ordering mine). Then the 'I never thought I'd' surprise reveal ('I never thought I'd buy my own kid's bike. But here I am.'). Soft CTA mentions Guardian's adult sizes and the 365-day guarantee. Same Dad Crossover concept and audience as before, new structural skeleton from a non-trend multi-shot spoken UGC ad.</w:t>
      </w:r>
    </w:p>
    <w:p>
      <w:pPr>
        <w:spacing w:before="280" w:after="80"/>
      </w:pPr>
      <w:r>
        <w:rPr>
          <w:b/>
          <w:color w:val="111111"/>
          <w:sz w:val="28"/>
        </w:rPr>
        <w:t>Production notes</w:t>
      </w:r>
    </w:p>
    <w:p>
      <w:pPr>
        <w:spacing w:after="120"/>
      </w:pPr>
      <w:r>
        <w:rPr>
          <w:i w:val="0"/>
          <w:color w:val="111111"/>
          <w:sz w:val="22"/>
        </w:rPr>
        <w:t>About 32 seconds, 7 beats. Selfie cam dad-to-camera the whole way, fast UGC pacing. Genion's video has 22 cuts in 15s (very fast UGC), so the bullet reveal beats are rapid: dad delivers each bullet to camera, cut, next angle, next bullet. Two locations: garage (intro + bullet beats) and suburban street (family ride B-roll for the closing beats). Self-shooter, no crew. The 'I never thought I'd' beat is the load-bearing payoff. Adult Riders persona is the secondary sell: the CTA explicitly mentions adult sizes.</w:t>
      </w:r>
    </w:p>
    <w:p>
      <w:pPr>
        <w:spacing w:before="280" w:after="80"/>
      </w:pPr>
      <w:r>
        <w:rPr>
          <w:b/>
          <w:color w:val="111111"/>
          <w:sz w:val="28"/>
        </w:rPr>
        <w:t>Source winners</w:t>
      </w:r>
    </w:p>
    <w:p>
      <w:pPr>
        <w:pStyle w:val="ListBullet"/>
        <w:spacing w:after="40"/>
      </w:pPr>
      <w:r>
        <w:rPr>
          <w:color w:val="111111"/>
          <w:sz w:val="22"/>
        </w:rPr>
        <w:t>WS-GB-Brief208-RidingAsFamily-V2 ($16,773, 3.7x ROAS. Family Bonding + adult crossover)</w:t>
      </w:r>
    </w:p>
    <w:p>
      <w:pPr>
        <w:pStyle w:val="ListBullet"/>
        <w:spacing w:after="40"/>
      </w:pPr>
      <w:r>
        <w:rPr>
          <w:color w:val="111111"/>
          <w:sz w:val="22"/>
        </w:rPr>
        <w:t>GB-Fam4-BigKidBike-UGC-UpgradeToGuardian-Vid-Brief118-V1 ($24,379, 3.7x ROAS. Upgrade narrative)</w:t>
      </w:r>
    </w:p>
    <w:p>
      <w:pPr>
        <w:spacing w:before="400"/>
      </w:pPr>
      <w:r>
        <w:rPr>
          <w:color w:val="666666"/>
          <w:sz w:val="16"/>
        </w:rPr>
        <w:t>★ Orion  ·  GASSED  ·  Guardian Bikes  ·  Edit freely. Share with team or client.</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r2.foreplay.co/9018082188248472/507ff483dfdd5f5d342562185bdc682c.mp4" TargetMode="External"/><Relationship Id="rId10" Type="http://schemas.openxmlformats.org/officeDocument/2006/relationships/hyperlink" Target="https://app.foreplay.co/ads/mbiaRk4vXn3SHhbh8L2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