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Enhanced Performance Products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1</w:t>
      </w:r>
    </w:p>
    <w:p>
      <w:pPr>
        <w:spacing w:before="0" w:after="160"/>
      </w:pPr>
      <w:r>
        <w:rPr>
          <w:b/>
          <w:color w:val="111111"/>
          <w:sz w:val="44"/>
        </w:rPr>
        <w:t>One-Step Looksmax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Looksmaxxing Men  ·  Hook: Directive  ·  Format: Greenscreen  ·  Asset: UGC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Solo guy stands in front of a greenscreened GHK-Cu product page and walks through the single peptide he says does the most for your face. A direct rebuild of this week's most efficient video.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22-30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Male, lean and groomed, gym-aware but not a bodybuilder. Reads as the guy in your group chat who actually researches this stuff. Any ethnicity.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Plain fitted tee or hoodie, clean skin, good lighting. Confident, fast-talking, a little conspiratorial like he is letting you in on something.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1x Enhanced GHK-Cu product (vial or bottle) held to camera for the cutaway</w:t>
      </w:r>
    </w:p>
    <w:p>
      <w:pPr>
        <w:pStyle w:val="ListBullet"/>
        <w:spacing w:after="40"/>
      </w:pPr>
      <w:r>
        <w:rPr>
          <w:color w:val="111111"/>
          <w:sz w:val="22"/>
        </w:rPr>
        <w:t>Greenscreen behind talent (warehouse corner) keyed to the Enhanced GHK-Cu product page screenshot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</w:t>
      </w:r>
    </w:p>
    <w:p>
      <w:pPr>
        <w:spacing w:before="160" w:after="40"/>
      </w:pPr>
      <w:r>
        <w:rPr>
          <w:b/>
          <w:color w:val="FF3D8A"/>
          <w:sz w:val="24"/>
        </w:rPr>
        <w:t>Hook 2</w:t>
      </w:r>
    </w:p>
    <w:p>
      <w:pPr>
        <w:spacing w:before="160" w:after="40"/>
      </w:pPr>
      <w:r>
        <w:rPr>
          <w:b/>
          <w:color w:val="FF3D8A"/>
          <w:sz w:val="24"/>
        </w:rPr>
        <w:t>Hook 3</w:t>
      </w:r>
    </w:p>
    <w:p>
      <w:pPr>
        <w:spacing w:before="160" w:after="40"/>
      </w:pPr>
      <w:r>
        <w:rPr>
          <w:b/>
          <w:color w:val="FF3D8A"/>
          <w:sz w:val="24"/>
        </w:rPr>
        <w:t>Hook 4</w:t>
      </w:r>
    </w:p>
    <w:p>
      <w:pPr>
        <w:spacing w:before="160" w:after="40"/>
      </w:pPr>
      <w:r>
        <w:rPr>
          <w:b/>
          <w:color w:val="FF3D8A"/>
          <w:sz w:val="24"/>
        </w:rPr>
        <w:t>Hook 5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0:00 - 0:03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 number one looksmaxxing trick nobody wants to tell you is one peptide.”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close on camera, greenscreen behind him showing a blurred face-glow before-after. He points back at it.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1 peptide. that's it.</w:t>
      </w:r>
    </w:p>
    <w:p>
      <w:pPr>
        <w:spacing w:before="160" w:after="40"/>
      </w:pPr>
      <w:r>
        <w:rPr>
          <w:b/>
          <w:color w:val="00A06E"/>
          <w:sz w:val="24"/>
        </w:rPr>
        <w:t>0:03 - 0:08  ·  SETUP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everyone is mewing and doing cold plunges, but the thing that actually changed my skin was GHK-Cu.”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Greenscreen swaps to the GHK-Cu product page. He glances back at it then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GHK-Cu</w:t>
      </w:r>
    </w:p>
    <w:p>
      <w:pPr>
        <w:spacing w:before="160" w:after="40"/>
      </w:pPr>
      <w:r>
        <w:rPr>
          <w:b/>
          <w:color w:val="00A06E"/>
          <w:sz w:val="24"/>
        </w:rPr>
        <w:t>0:08 - 0:14  ·  CREDIBILITY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the reason is simple, it is the best aging and pre-mogging peptide out there for actually lowering how old your skin acts.”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Cutaway to talent holding the Enhanced GHK-Cu vial, turning it in the light.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lowers biological age</w:t>
      </w:r>
    </w:p>
    <w:p>
      <w:pPr>
        <w:spacing w:before="160" w:after="40"/>
      </w:pPr>
      <w:r>
        <w:rPr>
          <w:b/>
          <w:color w:val="00A06E"/>
          <w:sz w:val="24"/>
        </w:rPr>
        <w:t>0:14 - 0:20  ·  SOLUTION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“Just make sure you get a high quality one that actually works, which is why I get mine from Enhanced.”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Back to greenscreen on the Enhanced site, talent gestures to it.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quality matters</w:t>
      </w:r>
    </w:p>
    <w:p>
      <w:pPr>
        <w:spacing w:before="160" w:after="40"/>
      </w:pPr>
      <w:r>
        <w:rPr>
          <w:b/>
          <w:color w:val="00A06E"/>
          <w:sz w:val="24"/>
        </w:rPr>
        <w:t>0:20 - 0:25  ·  PROOF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about three weeks in my skin looked tighter and people started asking what I was doing.”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runs a hand along his jaw, slight grin to camera.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~3 weeks</w:t>
      </w:r>
    </w:p>
    <w:p>
      <w:pPr>
        <w:spacing w:before="160" w:after="40"/>
      </w:pPr>
      <w:r>
        <w:rPr>
          <w:b/>
          <w:color w:val="00A06E"/>
          <w:sz w:val="24"/>
        </w:rPr>
        <w:t>0:25 - 0:29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tap the link and check out Enhanced before you waste money on anything else.”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Greenscreen shows the Enhanced homepage, talent points down at the link.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check out Enhanced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The looksmaxxing greenscreen video is the single best-CPA winner in the 7d top spenders at $535 CPA on $8,033 spend and 15 purchases, beating every static, which sit at $688 to $4,565 CPA. The format prints. This is a clean double-down with a fresh opening line and a new product cutaway.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talent, warehouse corner with a greenscreen wall keyed to the GHK-Cu product page. Shot vertical on iPhone at arm's length, eye level. One location, under an hour to shoot.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Looksmaxxing-1LooksmaxxingTrick ($8,033, CPA $535, 15 purchases, best CPA of the top spenders)</w:t>
      </w:r>
    </w:p>
    <w:p>
      <w:pPr>
        <w:pStyle w:val="ListBullet"/>
        <w:spacing w:after="40"/>
      </w:pPr>
      <w:r>
        <w:rPr>
          <w:color w:val="111111"/>
          <w:sz w:val="22"/>
        </w:rPr>
        <w:t>Looksmaxxing-CouldntBeMe ($3,266, CPA $1,633)</w:t>
      </w:r>
    </w:p>
    <w:p>
      <w:pPr>
        <w:pStyle w:val="ListBullet"/>
        <w:spacing w:after="40"/>
      </w:pPr>
      <w:r>
        <w:rPr>
          <w:color w:val="111111"/>
          <w:sz w:val="22"/>
        </w:rPr>
        <w:t>Looksmaxxing-BeenMewing (top 30d thumbstop)</w:t>
      </w:r>
    </w:p>
    <w:p>
      <w:pPr>
        <w:spacing w:before="400"/>
      </w:pPr>
      <w:r>
        <w:rPr>
          <w:color w:val="666666"/>
          <w:sz w:val="16"/>
        </w:rPr>
        <w:t>★ Orion  ·  GASSED  ·  Enhanced Performance Products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