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FF3D8A"/>
          <w:sz w:val="22"/>
        </w:rPr>
        <w:t xml:space="preserve">★ </w:t>
      </w:r>
      <w:r>
        <w:rPr>
          <w:rFonts w:ascii="Courier New" w:hAnsi="Courier New"/>
          <w:b/>
          <w:color w:val="FF3D8A"/>
          <w:sz w:val="18"/>
        </w:rPr>
        <w:t xml:space="preserve">ORION  ·  </w:t>
      </w:r>
      <w:r>
        <w:rPr>
          <w:color w:val="666666"/>
          <w:sz w:val="18"/>
        </w:rPr>
        <w:t>Beard Club  ·  Creative Brief</w:t>
      </w:r>
    </w:p>
    <w:p>
      <w:pPr>
        <w:spacing w:before="120" w:after="0"/>
      </w:pPr>
      <w:r>
        <w:rPr>
          <w:b/>
          <w:color w:val="FF3D8A"/>
          <w:sz w:val="18"/>
        </w:rPr>
        <w:t>CONCEPT 5</w:t>
      </w:r>
    </w:p>
    <w:p>
      <w:pPr>
        <w:spacing w:before="0" w:after="160"/>
      </w:pPr>
      <w:r>
        <w:rPr>
          <w:b/>
          <w:color w:val="111111"/>
          <w:sz w:val="44"/>
        </w:rPr>
        <w:t>Three Ingredients</w:t>
      </w:r>
    </w:p>
    <w:p>
      <w:pPr>
        <w:spacing w:after="160"/>
        <w:ind w:left="360"/>
      </w:pPr>
      <w:r>
        <w:rPr>
          <w:i/>
          <w:color w:val="666666"/>
          <w:sz w:val="18"/>
        </w:rPr>
        <w:t>Persona: Beard Growth Seekers  ·  Hook: Listicle  ·  Format: Listicle  ·  Asset: UGC</w:t>
      </w:r>
    </w:p>
    <w:p>
      <w:pPr>
        <w:spacing w:before="280" w:after="80"/>
      </w:pPr>
      <w:r>
        <w:rPr>
          <w:b/>
          <w:color w:val="FF3D8A"/>
          <w:sz w:val="28"/>
        </w:rPr>
        <w:t>📺 Emulating this format</w:t>
      </w:r>
    </w:p>
    <w:p>
      <w:pPr>
        <w:spacing w:after="40"/>
      </w:pPr>
      <w:r>
        <w:rPr>
          <w:b/>
          <w:color w:val="111111"/>
          <w:sz w:val="24"/>
        </w:rPr>
        <w:t>Reference ad</w:t>
      </w:r>
    </w:p>
    <w:p>
      <w:pPr>
        <w:spacing w:after="80"/>
      </w:pPr>
      <w:hyperlink r:id="rId9">
        <w:r>
          <w:rPr>
            <w:rFonts w:ascii="Arial"/>
            <w:sz w:val="20"/>
            <w:color w:val="FF3D8A"/>
            <w:u w:val="single"/>
          </w:rPr>
          <w:t xml:space="preserve">▶ Watch full MP4</w:t>
        </w:r>
      </w:hyperlink>
    </w:p>
    <w:p>
      <w:pPr>
        <w:spacing w:before="280" w:after="80"/>
      </w:pPr>
      <w:r>
        <w:rPr>
          <w:b/>
          <w:color w:val="111111"/>
          <w:sz w:val="28"/>
        </w:rPr>
        <w:t>Concept</w:t>
      </w:r>
    </w:p>
    <w:p>
      <w:pPr>
        <w:spacing w:after="120"/>
      </w:pPr>
      <w:r>
        <w:rPr>
          <w:i w:val="0"/>
          <w:color w:val="111111"/>
          <w:sz w:val="22"/>
        </w:rPr>
        <w:t>Solo male in bathroom or home office breaks down the three ingredients that actually grow a beard, points at the Beard Club bottle for each one, ends on the kit shot.</w:t>
      </w:r>
    </w:p>
    <w:p>
      <w:pPr>
        <w:spacing w:before="280" w:after="80"/>
      </w:pPr>
      <w:r>
        <w:rPr>
          <w:b/>
          <w:color w:val="111111"/>
          <w:sz w:val="28"/>
        </w:rPr>
        <w:t>Talent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Age:  </w:t>
      </w:r>
      <w:r>
        <w:rPr>
          <w:color w:val="111111"/>
          <w:sz w:val="22"/>
        </w:rPr>
        <w:t>30 to 42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Demographic:  </w:t>
      </w:r>
      <w:r>
        <w:rPr>
          <w:color w:val="111111"/>
          <w:sz w:val="22"/>
        </w:rPr>
        <w:t>Adult male, full but not influencer-perfect beard. Sounds like a friend who happens to know stuff. Could be a barber, a personal trainer, or a regular guy who did the research.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Look:  </w:t>
      </w:r>
      <w:r>
        <w:rPr>
          <w:color w:val="111111"/>
          <w:sz w:val="22"/>
        </w:rPr>
        <w:t>Plain T-shirt or henley, home office or bathroom set with shelf visible. Looks like he is at home, not on a studio set.</w:t>
      </w:r>
    </w:p>
    <w:p>
      <w:pPr>
        <w:spacing w:before="280" w:after="80"/>
      </w:pPr>
      <w:r>
        <w:rPr>
          <w:b/>
          <w:color w:val="111111"/>
          <w:sz w:val="28"/>
        </w:rPr>
        <w:t>Props &amp; gear</w:t>
      </w:r>
    </w:p>
    <w:p>
      <w:pPr>
        <w:pStyle w:val="ListBullet"/>
        <w:spacing w:after="40"/>
      </w:pPr>
      <w:r>
        <w:rPr>
          <w:color w:val="111111"/>
          <w:sz w:val="22"/>
        </w:rPr>
        <w:t>1x Beard Club beard oil bottle</w:t>
      </w:r>
    </w:p>
    <w:p>
      <w:pPr>
        <w:pStyle w:val="ListBullet"/>
        <w:spacing w:after="40"/>
      </w:pPr>
      <w:r>
        <w:rPr>
          <w:color w:val="111111"/>
          <w:sz w:val="22"/>
        </w:rPr>
        <w:t>1x Beard Club beard growth vitamins</w:t>
      </w:r>
    </w:p>
    <w:p>
      <w:pPr>
        <w:pStyle w:val="ListBullet"/>
        <w:spacing w:after="40"/>
      </w:pPr>
      <w:r>
        <w:rPr>
          <w:color w:val="111111"/>
          <w:sz w:val="22"/>
        </w:rPr>
        <w:t>1x Beard Club derma roller</w:t>
      </w:r>
    </w:p>
    <w:p>
      <w:pPr>
        <w:pStyle w:val="ListBullet"/>
        <w:spacing w:after="40"/>
      </w:pPr>
      <w:r>
        <w:rPr>
          <w:color w:val="111111"/>
          <w:sz w:val="22"/>
        </w:rPr>
        <w:t>Counter or shelf to line them up</w:t>
      </w:r>
    </w:p>
    <w:p>
      <w:pPr>
        <w:spacing w:before="280" w:after="80"/>
      </w:pPr>
      <w:r>
        <w:rPr>
          <w:b/>
          <w:color w:val="111111"/>
          <w:sz w:val="28"/>
        </w:rPr>
        <w:t>Hook variations</w:t>
      </w:r>
    </w:p>
    <w:p>
      <w:pPr>
        <w:spacing w:before="160" w:after="40"/>
      </w:pPr>
      <w:r>
        <w:rPr>
          <w:b/>
          <w:color w:val="FF3D8A"/>
          <w:sz w:val="24"/>
        </w:rPr>
        <w:t>Hook 1</w:t>
      </w:r>
    </w:p>
    <w:p>
      <w:pPr>
        <w:spacing w:before="160" w:after="40"/>
      </w:pPr>
      <w:r>
        <w:rPr>
          <w:b/>
          <w:color w:val="FF3D8A"/>
          <w:sz w:val="24"/>
        </w:rPr>
        <w:t>Hook 2</w:t>
      </w:r>
    </w:p>
    <w:p>
      <w:pPr>
        <w:spacing w:before="160" w:after="40"/>
      </w:pPr>
      <w:r>
        <w:rPr>
          <w:b/>
          <w:color w:val="FF3D8A"/>
          <w:sz w:val="24"/>
        </w:rPr>
        <w:t>Hook 3</w:t>
      </w:r>
    </w:p>
    <w:p>
      <w:pPr>
        <w:spacing w:before="160" w:after="40"/>
      </w:pPr>
      <w:r>
        <w:rPr>
          <w:b/>
          <w:color w:val="FF3D8A"/>
          <w:sz w:val="24"/>
        </w:rPr>
        <w:t>Hook 4</w:t>
      </w:r>
    </w:p>
    <w:p>
      <w:pPr>
        <w:spacing w:before="160" w:after="40"/>
      </w:pPr>
      <w:r>
        <w:rPr>
          <w:b/>
          <w:color w:val="FF3D8A"/>
          <w:sz w:val="24"/>
        </w:rPr>
        <w:t>Hook 5</w:t>
      </w:r>
    </w:p>
    <w:p>
      <w:pPr>
        <w:spacing w:before="280" w:after="80"/>
      </w:pPr>
      <w:r>
        <w:rPr>
          <w:b/>
          <w:color w:val="00A06E"/>
          <w:sz w:val="28"/>
        </w:rPr>
        <w:t>Full script</w:t>
      </w:r>
    </w:p>
    <w:p>
      <w:pPr>
        <w:spacing w:before="160" w:after="40"/>
      </w:pPr>
      <w:r>
        <w:rPr>
          <w:b/>
          <w:color w:val="00A06E"/>
          <w:sz w:val="24"/>
        </w:rPr>
        <w:t>0:00 to 0:04  ·  HOOK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“Three ingredients you need in your beard if you want it to look 10 times hotter.”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Talent at counter, the three products lined up behind him.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On-screen text:  </w:t>
      </w:r>
      <w:r>
        <w:rPr>
          <w:color w:val="111111"/>
          <w:sz w:val="22"/>
        </w:rPr>
        <w:t>3 ingredients.</w:t>
      </w:r>
    </w:p>
    <w:p>
      <w:pPr>
        <w:spacing w:before="160" w:after="40"/>
      </w:pPr>
      <w:r>
        <w:rPr>
          <w:b/>
          <w:color w:val="00A06E"/>
          <w:sz w:val="24"/>
        </w:rPr>
        <w:t>0:04 to 0:10  ·  SETUP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“So number one, biotin. That is the vitamin that makes the actual hair shaft thicker.”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He picks up the vitamins, taps the label.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On-screen text:  </w:t>
      </w:r>
      <w:r>
        <w:rPr>
          <w:color w:val="111111"/>
          <w:sz w:val="22"/>
        </w:rPr>
        <w:t>1. Biotin</w:t>
      </w:r>
    </w:p>
    <w:p>
      <w:pPr>
        <w:spacing w:before="160" w:after="40"/>
      </w:pPr>
      <w:r>
        <w:rPr>
          <w:b/>
          <w:color w:val="00A06E"/>
          <w:sz w:val="24"/>
        </w:rPr>
        <w:t>0:10 to 0:16  ·  DEMONSTRATION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“Then number two, MSM. It is the thing that fills in the patchy spots over time.”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He picks up the oil bottle, points at the ingredients on the back.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On-screen text:  </w:t>
      </w:r>
      <w:r>
        <w:rPr>
          <w:color w:val="111111"/>
          <w:sz w:val="22"/>
        </w:rPr>
        <w:t>2. MSM</w:t>
      </w:r>
    </w:p>
    <w:p>
      <w:pPr>
        <w:spacing w:before="160" w:after="40"/>
      </w:pPr>
      <w:r>
        <w:rPr>
          <w:b/>
          <w:color w:val="00A06E"/>
          <w:sz w:val="24"/>
        </w:rPr>
        <w:t>0:16 to 0:22  ·  PROOF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“And number three, castor oil. Keeps the beard healthy so it does not get brittle and break off.”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Closeup of him tipping oil onto his fingers.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On-screen text:  </w:t>
      </w:r>
      <w:r>
        <w:rPr>
          <w:color w:val="111111"/>
          <w:sz w:val="22"/>
        </w:rPr>
        <w:t>3. Castor oil</w:t>
      </w:r>
    </w:p>
    <w:p>
      <w:pPr>
        <w:spacing w:before="160" w:after="40"/>
      </w:pPr>
      <w:r>
        <w:rPr>
          <w:b/>
          <w:color w:val="00A06E"/>
          <w:sz w:val="24"/>
        </w:rPr>
        <w:t>0:22 to 0:28  ·  PAYOFF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“So you could buy all three separately, but they are hard to find together. So I just got the Beard Club kit. All three are in here.”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He picks up the full Beard Club Growth Kit box and shows the camera.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On-screen text:  </w:t>
      </w:r>
      <w:r>
        <w:rPr>
          <w:color w:val="111111"/>
          <w:sz w:val="22"/>
        </w:rPr>
        <w:t>All 3 in one kit</w:t>
      </w:r>
    </w:p>
    <w:p>
      <w:pPr>
        <w:spacing w:before="160" w:after="40"/>
      </w:pPr>
      <w:r>
        <w:rPr>
          <w:b/>
          <w:color w:val="00A06E"/>
          <w:sz w:val="24"/>
        </w:rPr>
        <w:t>0:28 to 0:32  ·  CTA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“And Beard Club is running a sale, so check it out.”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Sets the box back on the counter, points at it.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On-screen text:  </w:t>
      </w:r>
      <w:r>
        <w:rPr>
          <w:color w:val="111111"/>
          <w:sz w:val="22"/>
        </w:rPr>
        <w:t>Beard Club Growth Kit</w:t>
      </w:r>
    </w:p>
    <w:p>
      <w:pPr>
        <w:spacing w:before="280" w:after="80"/>
      </w:pPr>
      <w:r>
        <w:rPr>
          <w:b/>
          <w:color w:val="111111"/>
          <w:sz w:val="28"/>
        </w:rPr>
        <w:t>Why it should work</w:t>
      </w:r>
    </w:p>
    <w:p>
      <w:pPr>
        <w:spacing w:after="120"/>
      </w:pPr>
      <w:r>
        <w:rPr>
          <w:i w:val="0"/>
          <w:color w:val="111111"/>
          <w:sz w:val="22"/>
        </w:rPr>
        <w:t>The 278.3 Put-these-ingredients ad is a stable winner with a clean Listicle / Expert-Opinion structure. The 245.1 3-Ways-to-Grow ad is the number two spender this week. We are combining both into a tighter, more product-specific 3-pillar explainer.</w:t>
      </w:r>
    </w:p>
    <w:p>
      <w:pPr>
        <w:spacing w:before="280" w:after="80"/>
      </w:pPr>
      <w:r>
        <w:rPr>
          <w:b/>
          <w:color w:val="111111"/>
          <w:sz w:val="28"/>
        </w:rPr>
        <w:t>Production notes</w:t>
      </w:r>
    </w:p>
    <w:p>
      <w:pPr>
        <w:spacing w:after="120"/>
      </w:pPr>
      <w:r>
        <w:rPr>
          <w:i w:val="0"/>
          <w:color w:val="111111"/>
          <w:sz w:val="22"/>
        </w:rPr>
        <w:t>Single talent, dressed home interior. Three clean point-and-pickups (one per ingredient). End on the kit reveal.</w:t>
      </w:r>
    </w:p>
    <w:p>
      <w:pPr>
        <w:spacing w:before="280" w:after="80"/>
      </w:pPr>
      <w:r>
        <w:rPr>
          <w:b/>
          <w:color w:val="111111"/>
          <w:sz w:val="28"/>
        </w:rPr>
        <w:t>Source winners</w:t>
      </w:r>
    </w:p>
    <w:p>
      <w:pPr>
        <w:pStyle w:val="ListBullet"/>
        <w:spacing w:after="40"/>
      </w:pPr>
      <w:r>
        <w:rPr>
          <w:color w:val="111111"/>
          <w:sz w:val="22"/>
        </w:rPr>
        <w:t>010626_MR_GAS_VIDEO_278.3_NEED-THESE-INGREDIENTS-FOR-GROWTH (top-8 thumbstop 30d)</w:t>
      </w:r>
    </w:p>
    <w:p>
      <w:pPr>
        <w:pStyle w:val="ListBullet"/>
        <w:spacing w:after="40"/>
      </w:pPr>
      <w:r>
        <w:rPr>
          <w:color w:val="111111"/>
          <w:sz w:val="22"/>
        </w:rPr>
        <w:t>010926_KS_GAS_VIDEO_245.1_3-WAYS-TO-MAKE-YOUR-BEARD-GROW ($9,630, #2 spender 7d)</w:t>
      </w:r>
    </w:p>
    <w:p>
      <w:pPr>
        <w:pStyle w:val="ListBullet"/>
        <w:spacing w:after="40"/>
      </w:pPr>
      <w:r>
        <w:rPr>
          <w:color w:val="111111"/>
          <w:sz w:val="22"/>
        </w:rPr>
        <w:t>052026_KS_NRTV_Video_TBC175.6O-A-AntiAdVOExplainer ($4,238, 0.53x ROAS)</w:t>
      </w:r>
    </w:p>
    <w:p>
      <w:pPr>
        <w:spacing w:before="400"/>
      </w:pPr>
      <w:r>
        <w:rPr>
          <w:color w:val="666666"/>
          <w:sz w:val="16"/>
        </w:rPr>
        <w:t>★ Orion  ·  GASSED  ·  Beard Club  ·  Edit freely. Share with team or client.</w:t>
      </w:r>
    </w:p>
    <w:sectPr w:rsidR="00FC693F" w:rsidRPr="0006063C" w:rsidSect="00034616"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tionaccountassets.blob.core.windows.net/65f9cfd4387554400d9c3143/creativeassetfacebook/695d3add06f16fea2381d904/video.mp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