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Beard Club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4</w:t>
      </w:r>
    </w:p>
    <w:p>
      <w:pPr>
        <w:spacing w:before="0" w:after="160"/>
      </w:pPr>
      <w:r>
        <w:rPr>
          <w:b/>
          <w:color w:val="111111"/>
          <w:sz w:val="44"/>
        </w:rPr>
        <w:t>Wet And Wild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Men Going Out This Weekend  ·  Hook: Bold Statement  ·  Format: Demo  ·  Asset: UGC</w:t>
      </w:r>
    </w:p>
    <w:p>
      <w:pPr>
        <w:spacing w:before="280" w:after="80"/>
      </w:pPr>
      <w:r>
        <w:rPr>
          <w:b/>
          <w:color w:val="FF3D8A"/>
          <w:sz w:val="28"/>
        </w:rPr>
        <w:t>📺 Emulating this format</w:t>
      </w:r>
    </w:p>
    <w:p>
      <w:pPr>
        <w:spacing w:after="40"/>
      </w:pPr>
      <w:r>
        <w:rPr>
          <w:b/>
          <w:color w:val="111111"/>
          <w:sz w:val="24"/>
        </w:rPr>
        <w:t>Reference ad</w:t>
      </w:r>
    </w:p>
    <w:p>
      <w:pPr>
        <w:spacing w:after="80"/>
      </w:pPr>
      <w:hyperlink r:id="rId9">
        <w:r>
          <w:rPr>
            <w:rFonts w:ascii="Arial"/>
            <w:sz w:val="20"/>
            <w:color w:val="FF3D8A"/>
            <w:u w:val="single"/>
          </w:rPr>
          <w:t xml:space="preserve">▶ Watch full MP4</w:t>
        </w:r>
      </w:hyperlink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Solo male in bedroom getting ready for a night out. Calls out the One Day Beard Color as the hack that made his last weekend better, then shows the brush-in process and the splash test.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27 to 35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Adult male, light or patchy beard he wants to enhance for a night out. Confident but not bro-y.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Bedroom getting-ready set: open closet, button-down hung on the door, watch on the dresser. Plain undershirt at the start, then he buttons up by the end.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1x Beard Club One Day Brush-In Color</w:t>
      </w:r>
    </w:p>
    <w:p>
      <w:pPr>
        <w:pStyle w:val="ListBullet"/>
        <w:spacing w:after="40"/>
      </w:pPr>
      <w:r>
        <w:rPr>
          <w:color w:val="111111"/>
          <w:sz w:val="22"/>
        </w:rPr>
        <w:t>1x glass of water (for the splash test)</w:t>
      </w:r>
    </w:p>
    <w:p>
      <w:pPr>
        <w:pStyle w:val="ListBullet"/>
        <w:spacing w:after="40"/>
      </w:pPr>
      <w:r>
        <w:rPr>
          <w:color w:val="111111"/>
          <w:sz w:val="22"/>
        </w:rPr>
        <w:t>1x watch and 1x button-down shirt for the getting-ready frame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</w:t>
      </w:r>
    </w:p>
    <w:p>
      <w:pPr>
        <w:spacing w:before="160" w:after="40"/>
      </w:pPr>
      <w:r>
        <w:rPr>
          <w:b/>
          <w:color w:val="FF3D8A"/>
          <w:sz w:val="24"/>
        </w:rPr>
        <w:t>Hook 2</w:t>
      </w:r>
    </w:p>
    <w:p>
      <w:pPr>
        <w:spacing w:before="160" w:after="40"/>
      </w:pPr>
      <w:r>
        <w:rPr>
          <w:b/>
          <w:color w:val="FF3D8A"/>
          <w:sz w:val="24"/>
        </w:rPr>
        <w:t>Hook 3</w:t>
      </w:r>
    </w:p>
    <w:p>
      <w:pPr>
        <w:spacing w:before="160" w:after="40"/>
      </w:pPr>
      <w:r>
        <w:rPr>
          <w:b/>
          <w:color w:val="FF3D8A"/>
          <w:sz w:val="24"/>
        </w:rPr>
        <w:t>Hook 4</w:t>
      </w:r>
    </w:p>
    <w:p>
      <w:pPr>
        <w:spacing w:before="160" w:after="40"/>
      </w:pPr>
      <w:r>
        <w:rPr>
          <w:b/>
          <w:color w:val="FF3D8A"/>
          <w:sz w:val="24"/>
        </w:rPr>
        <w:t>Hook 5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to 0:03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 beard hack that made last weekend a lot more interesting.”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in front of bedroom mirror, undershirt, raises eyebrow at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The beard hack</w:t>
      </w:r>
    </w:p>
    <w:p>
      <w:pPr>
        <w:spacing w:before="160" w:after="40"/>
      </w:pPr>
      <w:r>
        <w:rPr>
          <w:b/>
          <w:color w:val="00A06E"/>
          <w:sz w:val="24"/>
        </w:rPr>
        <w:t>0:03 to 0:09  ·  SETUP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 tried the One Day Color from Beard Club before going out Saturday. It is basically a quick brush-in.”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Closeup, he twists the cap off and shows the bristle applicator.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Brush-in. 60 seconds.</w:t>
      </w:r>
    </w:p>
    <w:p>
      <w:pPr>
        <w:spacing w:before="160" w:after="40"/>
      </w:pPr>
      <w:r>
        <w:rPr>
          <w:b/>
          <w:color w:val="00A06E"/>
          <w:sz w:val="24"/>
        </w:rPr>
        <w:t>0:09 to 0:15  ·  DEMONSTRATION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I brushed it through the patches and the mustache. Instantly looks thicker, fuller, more even.”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brushes it through his beard in the mirror, then turns chin to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Thicker. Fuller.</w:t>
      </w:r>
    </w:p>
    <w:p>
      <w:pPr>
        <w:spacing w:before="160" w:after="40"/>
      </w:pPr>
      <w:r>
        <w:rPr>
          <w:b/>
          <w:color w:val="00A06E"/>
          <w:sz w:val="24"/>
        </w:rPr>
        <w:t>0:15 to 0:21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the best part, it is waterproof and sweatproof. So it stays put when things get heavy.”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splashes water on his beard with cupped hands. Color holds.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Waterproof. Sweatproof.</w:t>
      </w:r>
    </w:p>
    <w:p>
      <w:pPr>
        <w:spacing w:before="160" w:after="40"/>
      </w:pPr>
      <w:r>
        <w:rPr>
          <w:b/>
          <w:color w:val="00A06E"/>
          <w:sz w:val="24"/>
        </w:rPr>
        <w:t>0:21 to 0:27  ·  PAYOFF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 buttoned up, grabbed my watch, and left. She did not let go of my beard all night.”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buttons the shirt, slides the watch on, walks past camera.</w:t>
      </w:r>
    </w:p>
    <w:p>
      <w:pPr>
        <w:spacing w:before="160" w:after="40"/>
      </w:pPr>
      <w:r>
        <w:rPr>
          <w:b/>
          <w:color w:val="00A06E"/>
          <w:sz w:val="24"/>
        </w:rPr>
        <w:t>0:27 to 0:30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check out the One Day Beard Color by Beard Club before Saturday.”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Holds the bottle up next to his face on the way out.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One Day Beard Color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The 043DC.2 Power-of-Good-Beard ad is a top-8 thumbstop in 30d and references the One-Day Color product specifically. Sweat and waterproof claim is a real product differentiator and the wet-and-wild language is voice-of-customer. We are lifting that line into a more concrete getting-ready scene.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Single talent, dressed bedroom set with bathroom doorway visible. Three quick movements: hook in front of mirror, brush-in close-up, splash test, button-up and walk-off.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070325_MB_GAS_VIDEO_043DC.2_POWER-OF-A-GOOD-BEARD (25s, top-8 thumbstop 30d)</w:t>
      </w:r>
    </w:p>
    <w:p>
      <w:pPr>
        <w:pStyle w:val="ListBullet"/>
        <w:spacing w:after="40"/>
      </w:pPr>
      <w:r>
        <w:rPr>
          <w:color w:val="111111"/>
          <w:sz w:val="22"/>
        </w:rPr>
        <w:t>052126_MR_GAS_VIDEO_378.3-PC_THIS-IS-TBC-COLOR-FOR-GRAYS (top CTR winner 7d)</w:t>
      </w:r>
    </w:p>
    <w:p>
      <w:pPr>
        <w:pStyle w:val="ListBullet"/>
        <w:spacing w:after="40"/>
      </w:pPr>
      <w:r>
        <w:rPr>
          <w:color w:val="111111"/>
          <w:sz w:val="22"/>
        </w:rPr>
        <w:t>042326_KS_SAP_VIDEO_54.280_BRO-STANDARD-TBC-EFFECT ($1,113, 0.75x ROAS, under-the-radar performer)</w:t>
      </w:r>
    </w:p>
    <w:p>
      <w:pPr>
        <w:spacing w:before="400"/>
      </w:pPr>
      <w:r>
        <w:rPr>
          <w:color w:val="666666"/>
          <w:sz w:val="16"/>
        </w:rPr>
        <w:t>★ Orion  ·  GASSED  ·  Beard Club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tionaccountassets.blob.core.windows.net/65f9cfd4387554400d9c3143/creativeassetfacebook/686455c0a55429b3aad27b70/video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