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Beard Club  ·  Creative Brief</w:t>
      </w:r>
    </w:p>
    <w:p>
      <w:pPr>
        <w:spacing w:before="120" w:after="0"/>
      </w:pPr>
      <w:r>
        <w:rPr>
          <w:b/>
          <w:color w:val="FF3D8A"/>
          <w:sz w:val="18"/>
        </w:rPr>
        <w:t>CONCEPT 3</w:t>
      </w:r>
    </w:p>
    <w:p>
      <w:pPr>
        <w:spacing w:before="0" w:after="160"/>
      </w:pPr>
      <w:r>
        <w:rPr>
          <w:b/>
          <w:color w:val="111111"/>
          <w:sz w:val="44"/>
        </w:rPr>
        <w:t>Derma Roller Demo</w:t>
      </w:r>
    </w:p>
    <w:p>
      <w:pPr>
        <w:spacing w:after="160"/>
        <w:ind w:left="360"/>
      </w:pPr>
      <w:r>
        <w:rPr>
          <w:i/>
          <w:color w:val="666666"/>
          <w:sz w:val="18"/>
        </w:rPr>
        <w:t>Persona: Men With Patchy Beards  ·  Hook: Question  ·  Format: Demo  ·  Asset: UGC</w:t>
      </w:r>
    </w:p>
    <w:p>
      <w:pPr>
        <w:spacing w:before="280" w:after="80"/>
      </w:pPr>
      <w:r>
        <w:rPr>
          <w:b/>
          <w:color w:val="FF3D8A"/>
          <w:sz w:val="28"/>
        </w:rPr>
        <w:t>📺 Emulating this format</w:t>
      </w:r>
    </w:p>
    <w:p>
      <w:pPr>
        <w:spacing w:after="40"/>
      </w:pPr>
      <w:r>
        <w:rPr>
          <w:b/>
          <w:color w:val="111111"/>
          <w:sz w:val="24"/>
        </w:rPr>
        <w:t>Reference ad</w:t>
      </w:r>
    </w:p>
    <w:p>
      <w:pPr>
        <w:spacing w:after="80"/>
      </w:pPr>
      <w:hyperlink r:id="rId9">
        <w:r>
          <w:rPr>
            <w:rFonts w:ascii="Arial"/>
            <w:sz w:val="20"/>
            <w:color w:val="FF3D8A"/>
            <w:u w:val="single"/>
          </w:rPr>
          <w:t xml:space="preserve">▶ Watch full MP4</w:t>
        </w:r>
      </w:hyperlink>
    </w:p>
    <w:p>
      <w:pPr>
        <w:spacing w:before="280" w:after="80"/>
      </w:pPr>
      <w:r>
        <w:rPr>
          <w:b/>
          <w:color w:val="111111"/>
          <w:sz w:val="28"/>
        </w:rPr>
        <w:t>Concept</w:t>
      </w:r>
    </w:p>
    <w:p>
      <w:pPr>
        <w:spacing w:after="120"/>
      </w:pPr>
      <w:r>
        <w:rPr>
          <w:i w:val="0"/>
          <w:color w:val="111111"/>
          <w:sz w:val="22"/>
        </w:rPr>
        <w:t>Solo male in bathroom, holds up the Beard Club derma roller, asks the camera why nobody told him about this for patchy spots, then demos it on the patchy side of his own face.</w:t>
      </w:r>
    </w:p>
    <w:p>
      <w:pPr>
        <w:spacing w:before="280" w:after="80"/>
      </w:pPr>
      <w:r>
        <w:rPr>
          <w:b/>
          <w:color w:val="111111"/>
          <w:sz w:val="28"/>
        </w:rPr>
        <w:t>Talent</w:t>
      </w:r>
    </w:p>
    <w:p>
      <w:pPr>
        <w:spacing w:after="40"/>
        <w:ind w:left="144"/>
      </w:pPr>
      <w:r>
        <w:rPr>
          <w:b/>
          <w:color w:val="111111"/>
          <w:sz w:val="22"/>
        </w:rPr>
        <w:t xml:space="preserve">Age:  </w:t>
      </w:r>
      <w:r>
        <w:rPr>
          <w:color w:val="111111"/>
          <w:sz w:val="22"/>
        </w:rPr>
        <w:t>24 to 32</w:t>
      </w:r>
    </w:p>
    <w:p>
      <w:pPr>
        <w:spacing w:after="40"/>
        <w:ind w:left="144"/>
      </w:pPr>
      <w:r>
        <w:rPr>
          <w:b/>
          <w:color w:val="111111"/>
          <w:sz w:val="22"/>
        </w:rPr>
        <w:t xml:space="preserve">Demographic:  </w:t>
      </w:r>
      <w:r>
        <w:rPr>
          <w:color w:val="111111"/>
          <w:sz w:val="22"/>
        </w:rPr>
        <w:t>Adult male, real patchy beard (one side clearly thinner than the other). Plain T-shirt. Talks like a younger brother explaining a hack.</w:t>
      </w:r>
    </w:p>
    <w:p>
      <w:pPr>
        <w:spacing w:after="40"/>
        <w:ind w:left="144"/>
      </w:pPr>
      <w:r>
        <w:rPr>
          <w:b/>
          <w:color w:val="111111"/>
          <w:sz w:val="22"/>
        </w:rPr>
        <w:t xml:space="preserve">Look:  </w:t>
      </w:r>
      <w:r>
        <w:rPr>
          <w:color w:val="111111"/>
          <w:sz w:val="22"/>
        </w:rPr>
        <w:t>Bathroom setting, plain T or hoodie, hair slightly messy. No filter, no ring light. Visible patch on his cheek or jawline.</w:t>
      </w:r>
    </w:p>
    <w:p>
      <w:pPr>
        <w:spacing w:before="280" w:after="80"/>
      </w:pPr>
      <w:r>
        <w:rPr>
          <w:b/>
          <w:color w:val="111111"/>
          <w:sz w:val="28"/>
        </w:rPr>
        <w:t>Props &amp; gear</w:t>
      </w:r>
    </w:p>
    <w:p>
      <w:pPr>
        <w:pStyle w:val="ListBullet"/>
        <w:spacing w:after="40"/>
      </w:pPr>
      <w:r>
        <w:rPr>
          <w:color w:val="111111"/>
          <w:sz w:val="22"/>
        </w:rPr>
        <w:t>1x Beard Club derma roller (the one that comes in the Growth Kit)</w:t>
      </w:r>
    </w:p>
    <w:p>
      <w:pPr>
        <w:pStyle w:val="ListBullet"/>
        <w:spacing w:after="40"/>
      </w:pPr>
      <w:r>
        <w:rPr>
          <w:color w:val="111111"/>
          <w:sz w:val="22"/>
        </w:rPr>
        <w:t>1x bottle of Beard Club beard oil</w:t>
      </w:r>
    </w:p>
    <w:p>
      <w:pPr>
        <w:pStyle w:val="ListBullet"/>
        <w:spacing w:after="40"/>
      </w:pPr>
      <w:r>
        <w:rPr>
          <w:color w:val="111111"/>
          <w:sz w:val="22"/>
        </w:rPr>
        <w:t>Bathroom counter, mirror, regular hand towel</w:t>
      </w:r>
    </w:p>
    <w:p>
      <w:pPr>
        <w:spacing w:before="280" w:after="80"/>
      </w:pPr>
      <w:r>
        <w:rPr>
          <w:b/>
          <w:color w:val="111111"/>
          <w:sz w:val="28"/>
        </w:rPr>
        <w:t>Hook variations</w:t>
      </w:r>
    </w:p>
    <w:p>
      <w:pPr>
        <w:spacing w:before="160" w:after="40"/>
      </w:pPr>
      <w:r>
        <w:rPr>
          <w:b/>
          <w:color w:val="FF3D8A"/>
          <w:sz w:val="24"/>
        </w:rPr>
        <w:t>Hook 1</w:t>
      </w:r>
    </w:p>
    <w:p>
      <w:pPr>
        <w:spacing w:before="160" w:after="40"/>
      </w:pPr>
      <w:r>
        <w:rPr>
          <w:b/>
          <w:color w:val="FF3D8A"/>
          <w:sz w:val="24"/>
        </w:rPr>
        <w:t>Hook 2</w:t>
      </w:r>
    </w:p>
    <w:p>
      <w:pPr>
        <w:spacing w:before="160" w:after="40"/>
      </w:pPr>
      <w:r>
        <w:rPr>
          <w:b/>
          <w:color w:val="FF3D8A"/>
          <w:sz w:val="24"/>
        </w:rPr>
        <w:t>Hook 3</w:t>
      </w:r>
    </w:p>
    <w:p>
      <w:pPr>
        <w:spacing w:before="160" w:after="40"/>
      </w:pPr>
      <w:r>
        <w:rPr>
          <w:b/>
          <w:color w:val="FF3D8A"/>
          <w:sz w:val="24"/>
        </w:rPr>
        <w:t>Hook 4</w:t>
      </w:r>
    </w:p>
    <w:p>
      <w:pPr>
        <w:spacing w:before="160" w:after="40"/>
      </w:pPr>
      <w:r>
        <w:rPr>
          <w:b/>
          <w:color w:val="FF3D8A"/>
          <w:sz w:val="24"/>
        </w:rPr>
        <w:t>Hook 5</w:t>
      </w:r>
    </w:p>
    <w:p>
      <w:pPr>
        <w:spacing w:before="280" w:after="80"/>
      </w:pPr>
      <w:r>
        <w:rPr>
          <w:b/>
          <w:color w:val="00A06E"/>
          <w:sz w:val="28"/>
        </w:rPr>
        <w:t>Full script</w:t>
      </w:r>
    </w:p>
    <w:p>
      <w:pPr>
        <w:spacing w:before="160" w:after="40"/>
      </w:pPr>
      <w:r>
        <w:rPr>
          <w:b/>
          <w:color w:val="00A06E"/>
          <w:sz w:val="24"/>
        </w:rPr>
        <w:t>0:00 to 0:04  ·  HOOK</w:t>
      </w:r>
    </w:p>
    <w:p>
      <w:pPr>
        <w:spacing w:after="40"/>
        <w:ind w:left="144"/>
      </w:pPr>
      <w:r>
        <w:rPr>
          <w:b/>
          <w:color w:val="111111"/>
          <w:sz w:val="22"/>
        </w:rPr>
        <w:t xml:space="preserve">Voiceover:  </w:t>
      </w:r>
      <w:r>
        <w:rPr>
          <w:color w:val="111111"/>
          <w:sz w:val="22"/>
        </w:rPr>
        <w:t>“Why is nobody talking about derma rollers for patchy beards?”</w:t>
      </w:r>
    </w:p>
    <w:p>
      <w:pPr>
        <w:spacing w:after="40"/>
        <w:ind w:left="144"/>
      </w:pPr>
      <w:r>
        <w:rPr>
          <w:b/>
          <w:color w:val="111111"/>
          <w:sz w:val="22"/>
        </w:rPr>
        <w:t xml:space="preserve">Visual:  </w:t>
      </w:r>
      <w:r>
        <w:rPr>
          <w:color w:val="111111"/>
          <w:sz w:val="22"/>
        </w:rPr>
        <w:t>Talent in bathroom, holds the derma roller up to the camera. Shrugs.</w:t>
      </w:r>
    </w:p>
    <w:p>
      <w:pPr>
        <w:spacing w:after="40"/>
        <w:ind w:left="144"/>
      </w:pPr>
      <w:r>
        <w:rPr>
          <w:b/>
          <w:color w:val="111111"/>
          <w:sz w:val="22"/>
        </w:rPr>
        <w:t xml:space="preserve">On-screen text:  </w:t>
      </w:r>
      <w:r>
        <w:rPr>
          <w:color w:val="111111"/>
          <w:sz w:val="22"/>
        </w:rPr>
        <w:t>Derma rollers for beards?</w:t>
      </w:r>
    </w:p>
    <w:p>
      <w:pPr>
        <w:spacing w:before="160" w:after="40"/>
      </w:pPr>
      <w:r>
        <w:rPr>
          <w:b/>
          <w:color w:val="00A06E"/>
          <w:sz w:val="24"/>
        </w:rPr>
        <w:t>0:04 to 0:10  ·  SETUP</w:t>
      </w:r>
    </w:p>
    <w:p>
      <w:pPr>
        <w:spacing w:after="40"/>
        <w:ind w:left="144"/>
      </w:pPr>
      <w:r>
        <w:rPr>
          <w:b/>
          <w:color w:val="111111"/>
          <w:sz w:val="22"/>
        </w:rPr>
        <w:t xml:space="preserve">Voiceover:  </w:t>
      </w:r>
      <w:r>
        <w:rPr>
          <w:color w:val="111111"/>
          <w:sz w:val="22"/>
        </w:rPr>
        <w:t>“So this little roller has tiny needles. You roll it on the patchy spots and it wakes up the hair follicles underneath.”</w:t>
      </w:r>
    </w:p>
    <w:p>
      <w:pPr>
        <w:spacing w:after="40"/>
        <w:ind w:left="144"/>
      </w:pPr>
      <w:r>
        <w:rPr>
          <w:b/>
          <w:color w:val="111111"/>
          <w:sz w:val="22"/>
        </w:rPr>
        <w:t xml:space="preserve">Visual:  </w:t>
      </w:r>
      <w:r>
        <w:rPr>
          <w:color w:val="111111"/>
          <w:sz w:val="22"/>
        </w:rPr>
        <w:t>Closeup of the derma roller spinning in his fingers. Then a single roll along his cheek.</w:t>
      </w:r>
    </w:p>
    <w:p>
      <w:pPr>
        <w:spacing w:after="40"/>
        <w:ind w:left="144"/>
      </w:pPr>
      <w:r>
        <w:rPr>
          <w:b/>
          <w:color w:val="111111"/>
          <w:sz w:val="22"/>
        </w:rPr>
        <w:t xml:space="preserve">On-screen text:  </w:t>
      </w:r>
      <w:r>
        <w:rPr>
          <w:color w:val="111111"/>
          <w:sz w:val="22"/>
        </w:rPr>
        <w:t>Wakes up follicles</w:t>
      </w:r>
    </w:p>
    <w:p>
      <w:pPr>
        <w:spacing w:before="160" w:after="40"/>
      </w:pPr>
      <w:r>
        <w:rPr>
          <w:b/>
          <w:color w:val="00A06E"/>
          <w:sz w:val="24"/>
        </w:rPr>
        <w:t>0:10 to 0:17  ·  DEMONSTRATION</w:t>
      </w:r>
    </w:p>
    <w:p>
      <w:pPr>
        <w:spacing w:after="40"/>
        <w:ind w:left="144"/>
      </w:pPr>
      <w:r>
        <w:rPr>
          <w:b/>
          <w:color w:val="111111"/>
          <w:sz w:val="22"/>
        </w:rPr>
        <w:t xml:space="preserve">Voiceover:  </w:t>
      </w:r>
      <w:r>
        <w:rPr>
          <w:color w:val="111111"/>
          <w:sz w:val="22"/>
        </w:rPr>
        <w:t>“Then I drop a few drops of the Beard Club oil right on the same spot. Roll, oil, done.”</w:t>
      </w:r>
    </w:p>
    <w:p>
      <w:pPr>
        <w:spacing w:after="40"/>
        <w:ind w:left="144"/>
      </w:pPr>
      <w:r>
        <w:rPr>
          <w:b/>
          <w:color w:val="111111"/>
          <w:sz w:val="22"/>
        </w:rPr>
        <w:t xml:space="preserve">Visual:  </w:t>
      </w:r>
      <w:r>
        <w:rPr>
          <w:color w:val="111111"/>
          <w:sz w:val="22"/>
        </w:rPr>
        <w:t>He tilts oil onto his fingers, rubs it onto the cheek, looks in mirror.</w:t>
      </w:r>
    </w:p>
    <w:p>
      <w:pPr>
        <w:spacing w:after="40"/>
        <w:ind w:left="144"/>
      </w:pPr>
      <w:r>
        <w:rPr>
          <w:b/>
          <w:color w:val="111111"/>
          <w:sz w:val="22"/>
        </w:rPr>
        <w:t xml:space="preserve">On-screen text:  </w:t>
      </w:r>
      <w:r>
        <w:rPr>
          <w:color w:val="111111"/>
          <w:sz w:val="22"/>
        </w:rPr>
        <w:t>Roll. Oil. Done.</w:t>
      </w:r>
    </w:p>
    <w:p>
      <w:pPr>
        <w:spacing w:before="160" w:after="40"/>
      </w:pPr>
      <w:r>
        <w:rPr>
          <w:b/>
          <w:color w:val="00A06E"/>
          <w:sz w:val="24"/>
        </w:rPr>
        <w:t>0:17 to 0:24  ·  PROOF</w:t>
      </w:r>
    </w:p>
    <w:p>
      <w:pPr>
        <w:spacing w:after="40"/>
        <w:ind w:left="144"/>
      </w:pPr>
      <w:r>
        <w:rPr>
          <w:b/>
          <w:color w:val="111111"/>
          <w:sz w:val="22"/>
        </w:rPr>
        <w:t xml:space="preserve">Voiceover:  </w:t>
      </w:r>
      <w:r>
        <w:rPr>
          <w:color w:val="111111"/>
          <w:sz w:val="22"/>
        </w:rPr>
        <w:t>“And I have been doing this for about a month and the patches on this side are basically gone.”</w:t>
      </w:r>
    </w:p>
    <w:p>
      <w:pPr>
        <w:spacing w:after="40"/>
        <w:ind w:left="144"/>
      </w:pPr>
      <w:r>
        <w:rPr>
          <w:b/>
          <w:color w:val="111111"/>
          <w:sz w:val="22"/>
        </w:rPr>
        <w:t xml:space="preserve">Visual:  </w:t>
      </w:r>
      <w:r>
        <w:rPr>
          <w:color w:val="111111"/>
          <w:sz w:val="22"/>
        </w:rPr>
        <w:t>He turns his face to camera, points at the cheek where the patch used to be.</w:t>
      </w:r>
    </w:p>
    <w:p>
      <w:pPr>
        <w:spacing w:after="40"/>
        <w:ind w:left="144"/>
      </w:pPr>
      <w:r>
        <w:rPr>
          <w:b/>
          <w:color w:val="111111"/>
          <w:sz w:val="22"/>
        </w:rPr>
        <w:t xml:space="preserve">On-screen text:  </w:t>
      </w:r>
      <w:r>
        <w:rPr>
          <w:color w:val="111111"/>
          <w:sz w:val="22"/>
        </w:rPr>
        <w:t>30 days. Patches gone.</w:t>
      </w:r>
    </w:p>
    <w:p>
      <w:pPr>
        <w:spacing w:before="160" w:after="40"/>
      </w:pPr>
      <w:r>
        <w:rPr>
          <w:b/>
          <w:color w:val="00A06E"/>
          <w:sz w:val="24"/>
        </w:rPr>
        <w:t>0:24 to 0:29  ·  PAYOFF</w:t>
      </w:r>
    </w:p>
    <w:p>
      <w:pPr>
        <w:spacing w:after="40"/>
        <w:ind w:left="144"/>
      </w:pPr>
      <w:r>
        <w:rPr>
          <w:b/>
          <w:color w:val="111111"/>
          <w:sz w:val="22"/>
        </w:rPr>
        <w:t xml:space="preserve">Voiceover:  </w:t>
      </w:r>
      <w:r>
        <w:rPr>
          <w:color w:val="111111"/>
          <w:sz w:val="22"/>
        </w:rPr>
        <w:t>“And the whole kit comes with the roller, the oil, and the vitamins. So you do not have to piece it together.”</w:t>
      </w:r>
    </w:p>
    <w:p>
      <w:pPr>
        <w:spacing w:after="40"/>
        <w:ind w:left="144"/>
      </w:pPr>
      <w:r>
        <w:rPr>
          <w:b/>
          <w:color w:val="111111"/>
          <w:sz w:val="22"/>
        </w:rPr>
        <w:t xml:space="preserve">Visual:  </w:t>
      </w:r>
      <w:r>
        <w:rPr>
          <w:color w:val="111111"/>
          <w:sz w:val="22"/>
        </w:rPr>
        <w:t>Pulls the box out of the cabinet, sets it on the counter.</w:t>
      </w:r>
    </w:p>
    <w:p>
      <w:pPr>
        <w:spacing w:after="40"/>
        <w:ind w:left="144"/>
      </w:pPr>
      <w:r>
        <w:rPr>
          <w:b/>
          <w:color w:val="111111"/>
          <w:sz w:val="22"/>
        </w:rPr>
        <w:t xml:space="preserve">On-screen text:  </w:t>
      </w:r>
      <w:r>
        <w:rPr>
          <w:color w:val="111111"/>
          <w:sz w:val="22"/>
        </w:rPr>
        <w:t>Roller + Oil + Vitamins</w:t>
      </w:r>
    </w:p>
    <w:p>
      <w:pPr>
        <w:spacing w:before="160" w:after="40"/>
      </w:pPr>
      <w:r>
        <w:rPr>
          <w:b/>
          <w:color w:val="00A06E"/>
          <w:sz w:val="24"/>
        </w:rPr>
        <w:t>0:29 to 0:33  ·  CTA</w:t>
      </w:r>
    </w:p>
    <w:p>
      <w:pPr>
        <w:spacing w:after="40"/>
        <w:ind w:left="144"/>
      </w:pPr>
      <w:r>
        <w:rPr>
          <w:b/>
          <w:color w:val="111111"/>
          <w:sz w:val="22"/>
        </w:rPr>
        <w:t xml:space="preserve">Voiceover:  </w:t>
      </w:r>
      <w:r>
        <w:rPr>
          <w:color w:val="111111"/>
          <w:sz w:val="22"/>
        </w:rPr>
        <w:t>“So check out the Beard Club growth kit. Link is right here.”</w:t>
      </w:r>
    </w:p>
    <w:p>
      <w:pPr>
        <w:spacing w:after="40"/>
        <w:ind w:left="144"/>
      </w:pPr>
      <w:r>
        <w:rPr>
          <w:b/>
          <w:color w:val="111111"/>
          <w:sz w:val="22"/>
        </w:rPr>
        <w:t xml:space="preserve">Visual:  </w:t>
      </w:r>
      <w:r>
        <w:rPr>
          <w:color w:val="111111"/>
          <w:sz w:val="22"/>
        </w:rPr>
        <w:t>Holds box up at chest level.</w:t>
      </w:r>
    </w:p>
    <w:p>
      <w:pPr>
        <w:spacing w:after="40"/>
        <w:ind w:left="144"/>
      </w:pPr>
      <w:r>
        <w:rPr>
          <w:b/>
          <w:color w:val="111111"/>
          <w:sz w:val="22"/>
        </w:rPr>
        <w:t xml:space="preserve">On-screen text:  </w:t>
      </w:r>
      <w:r>
        <w:rPr>
          <w:color w:val="111111"/>
          <w:sz w:val="22"/>
        </w:rPr>
        <w:t>Beard Club Growth Kit</w:t>
      </w:r>
    </w:p>
    <w:p>
      <w:pPr>
        <w:spacing w:before="280" w:after="80"/>
      </w:pPr>
      <w:r>
        <w:rPr>
          <w:b/>
          <w:color w:val="111111"/>
          <w:sz w:val="28"/>
        </w:rPr>
        <w:t>Why it should work</w:t>
      </w:r>
    </w:p>
    <w:p>
      <w:pPr>
        <w:spacing w:after="120"/>
      </w:pPr>
      <w:r>
        <w:rPr>
          <w:i w:val="0"/>
          <w:color w:val="111111"/>
          <w:sz w:val="22"/>
        </w:rPr>
        <w:t>The 203.4 Derma-Roller ad is the hidden ROAS gem this week (1.02x ROAS at $1,031 spend, $64 CPA, only ad above 1.0x ROAS). Derma roller-led demos consistently win 30d. We are isolating the mechanic into a clean solo demo without the floating-head gimmick of the source ad.</w:t>
      </w:r>
    </w:p>
    <w:p>
      <w:pPr>
        <w:spacing w:before="280" w:after="80"/>
      </w:pPr>
      <w:r>
        <w:rPr>
          <w:b/>
          <w:color w:val="111111"/>
          <w:sz w:val="28"/>
        </w:rPr>
        <w:t>Production notes</w:t>
      </w:r>
    </w:p>
    <w:p>
      <w:pPr>
        <w:spacing w:after="120"/>
      </w:pPr>
      <w:r>
        <w:rPr>
          <w:i w:val="0"/>
          <w:color w:val="111111"/>
          <w:sz w:val="22"/>
        </w:rPr>
        <w:t>Single talent, dressed bathroom set. One handheld selfie for the hook, one mirror-locked angle for the demo. Real patches visible.</w:t>
      </w:r>
    </w:p>
    <w:p>
      <w:pPr>
        <w:spacing w:before="280" w:after="80"/>
      </w:pPr>
      <w:r>
        <w:rPr>
          <w:b/>
          <w:color w:val="111111"/>
          <w:sz w:val="28"/>
        </w:rPr>
        <w:t>Source winners</w:t>
      </w:r>
    </w:p>
    <w:p>
      <w:pPr>
        <w:pStyle w:val="ListBullet"/>
        <w:spacing w:after="40"/>
      </w:pPr>
      <w:r>
        <w:rPr>
          <w:color w:val="111111"/>
          <w:sz w:val="22"/>
        </w:rPr>
        <w:t>052026_KS_INT_VIDEO_203.4_DERMA-ROLLER-ROB-FLOATING-HEAD ($1,031, 1.02x ROAS, hidden gem)</w:t>
      </w:r>
    </w:p>
    <w:p>
      <w:pPr>
        <w:pStyle w:val="ListBullet"/>
        <w:spacing w:after="40"/>
      </w:pPr>
      <w:r>
        <w:rPr>
          <w:color w:val="111111"/>
          <w:sz w:val="22"/>
        </w:rPr>
        <w:t>042026_KS_SCAL_VIDEO_028.1_DERMA-ROLLER-ON-ORANGE-SLIME-GREW-LIKE-A-WEED ($2,014, 0.82x ROAS)</w:t>
      </w:r>
    </w:p>
    <w:p>
      <w:pPr>
        <w:pStyle w:val="ListBullet"/>
        <w:spacing w:after="40"/>
      </w:pPr>
      <w:r>
        <w:rPr>
          <w:color w:val="111111"/>
          <w:sz w:val="22"/>
        </w:rPr>
        <w:t>010926_KS_GAS_VIDEO_245.1_3-WAYS-TO-MAKE-YOUR-BEARD-GROW ($9,630, top spender 7d)</w:t>
      </w:r>
    </w:p>
    <w:p>
      <w:pPr>
        <w:spacing w:before="400"/>
      </w:pPr>
      <w:r>
        <w:rPr>
          <w:color w:val="666666"/>
          <w:sz w:val="16"/>
        </w:rPr>
        <w:t>★ Orion  ·  GASSED  ·  Beard Club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tionaccountassets.blob.core.windows.net/65f9cfd4387554400d9c3143/creativeassetfacebook/69e8efaeab5d13a5b558fdfe/video.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