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Beard Club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2</w:t>
      </w:r>
    </w:p>
    <w:p>
      <w:pPr>
        <w:spacing w:before="0" w:after="160"/>
      </w:pPr>
      <w:r>
        <w:rPr>
          <w:b/>
          <w:color w:val="111111"/>
          <w:sz w:val="44"/>
        </w:rPr>
        <w:t>Sit On A Beard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Girlfriends and Wives Buying for Boyfriend  ·  Hook: Confession  ·  Format: Testimonial  ·  Asset: UGC</w:t>
      </w:r>
    </w:p>
    <w:p>
      <w:pPr>
        <w:spacing w:before="280" w:after="80"/>
      </w:pPr>
      <w:r>
        <w:rPr>
          <w:b/>
          <w:color w:val="FF3D8A"/>
          <w:sz w:val="28"/>
        </w:rPr>
        <w:t>📺 Emulating this format</w:t>
      </w:r>
    </w:p>
    <w:p>
      <w:pPr>
        <w:spacing w:after="40"/>
      </w:pPr>
      <w:r>
        <w:rPr>
          <w:b/>
          <w:color w:val="111111"/>
          <w:sz w:val="24"/>
        </w:rPr>
        <w:t>Reference ad</w:t>
      </w:r>
    </w:p>
    <w:p>
      <w:pPr>
        <w:spacing w:after="80"/>
      </w:pPr>
      <w:hyperlink r:id="rId9">
        <w:r>
          <w:rPr>
            <w:rFonts w:ascii="Arial"/>
            <w:sz w:val="20"/>
            <w:color w:val="FF3D8A"/>
            <w:u w:val="single"/>
          </w:rPr>
          <w:t xml:space="preserve">▶ Watch full MP4</w:t>
        </w:r>
      </w:hyperlink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Solo female talent in bedroom or living room talks straight to camera, admits she always wondered what it would feel like to sit on a guy's beard, then shows the Beard Growth Kit she bought her boyfriend.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26 to 34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Adult female, partnered, talks like she is texting her group chat. Natural, not influencer-polished.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Tank top or fitted T, hair down. Bedroom or living room interior, soft lamp light. Holds her phone like a normal selfie video, not a tripod-mounted shoot.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1x Beard Club Growth Kit box, opened</w:t>
      </w:r>
    </w:p>
    <w:p>
      <w:pPr>
        <w:pStyle w:val="ListBullet"/>
        <w:spacing w:after="40"/>
      </w:pPr>
      <w:r>
        <w:rPr>
          <w:color w:val="111111"/>
          <w:sz w:val="22"/>
        </w:rPr>
        <w:t>1x derma roller, beard oil, beard growth vitamins (kit contents laid on a bed quilt or coffee table)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</w:t>
      </w:r>
    </w:p>
    <w:p>
      <w:pPr>
        <w:spacing w:before="160" w:after="40"/>
      </w:pPr>
      <w:r>
        <w:rPr>
          <w:b/>
          <w:color w:val="FF3D8A"/>
          <w:sz w:val="24"/>
        </w:rPr>
        <w:t>Hook 2</w:t>
      </w:r>
    </w:p>
    <w:p>
      <w:pPr>
        <w:spacing w:before="160" w:after="40"/>
      </w:pPr>
      <w:r>
        <w:rPr>
          <w:b/>
          <w:color w:val="FF3D8A"/>
          <w:sz w:val="24"/>
        </w:rPr>
        <w:t>Hook 3</w:t>
      </w:r>
    </w:p>
    <w:p>
      <w:pPr>
        <w:spacing w:before="160" w:after="40"/>
      </w:pPr>
      <w:r>
        <w:rPr>
          <w:b/>
          <w:color w:val="FF3D8A"/>
          <w:sz w:val="24"/>
        </w:rPr>
        <w:t>Hook 4</w:t>
      </w:r>
    </w:p>
    <w:p>
      <w:pPr>
        <w:spacing w:before="160" w:after="40"/>
      </w:pPr>
      <w:r>
        <w:rPr>
          <w:b/>
          <w:color w:val="FF3D8A"/>
          <w:sz w:val="24"/>
        </w:rPr>
        <w:t>Hook 5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to 0:04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“I always wondered what it would feel like to sit on a guy's beard. Now I know.”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Selfie shot, talent on her bed or couch, biting back a smile.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I always wondered...</w:t>
      </w:r>
    </w:p>
    <w:p>
      <w:pPr>
        <w:spacing w:before="160" w:after="40"/>
      </w:pPr>
      <w:r>
        <w:rPr>
          <w:b/>
          <w:color w:val="00A06E"/>
          <w:sz w:val="24"/>
        </w:rPr>
        <w:t>0:04 to 0:09  ·  SETUP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I bought my boyfriend something that would actually make him look better, not just another T-shirt.”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She turns the phone to show the unopened Beard Club kit on the bed next to her.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Not another T-shirt</w:t>
      </w:r>
    </w:p>
    <w:p>
      <w:pPr>
        <w:spacing w:before="160" w:after="40"/>
      </w:pPr>
      <w:r>
        <w:rPr>
          <w:b/>
          <w:color w:val="00A06E"/>
          <w:sz w:val="24"/>
        </w:rPr>
        <w:t>0:09 to 0:18  ·  DEMONSTRATION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“Then I opened the kit. Derma roller, beard oil, vitamins. The whole setup.”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Closeup of her unboxing: derma roller pulled out, then oil bottle, then the vitamins.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Derma roller. Oil. Vitamins.</w:t>
      </w:r>
    </w:p>
    <w:p>
      <w:pPr>
        <w:spacing w:before="160" w:after="40"/>
      </w:pPr>
      <w:r>
        <w:rPr>
          <w:b/>
          <w:color w:val="00A06E"/>
          <w:sz w:val="24"/>
        </w:rPr>
        <w:t>0:18 to 0:24  ·  PROOF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“Three weeks in, his patches are filling in. And honestly, he is using it every single day.”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Brief cutaway: boyfriend in the bathroom mirror running the derma roller on his cheek. Back to her selfie shot smiling.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Patches filling in</w:t>
      </w:r>
    </w:p>
    <w:p>
      <w:pPr>
        <w:spacing w:before="160" w:after="40"/>
      </w:pPr>
      <w:r>
        <w:rPr>
          <w:b/>
          <w:color w:val="00A06E"/>
          <w:sz w:val="24"/>
        </w:rPr>
        <w:t>0:24 to 0:29  ·  PAYOFF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technically the best gift I have ever given. And technically a gift to myself too.”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Close on her face, raises eyebrows once.</w:t>
      </w:r>
    </w:p>
    <w:p>
      <w:pPr>
        <w:spacing w:before="160" w:after="40"/>
      </w:pPr>
      <w:r>
        <w:rPr>
          <w:b/>
          <w:color w:val="00A06E"/>
          <w:sz w:val="24"/>
        </w:rPr>
        <w:t>0:29 to 0:33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the Beard Club kit is on sale. Check it out before Father's Day.”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She holds the kit up next to her face.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Beard Club Growth Kit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Female Attraction is the dominant 30d winning hook_tactic on Beard Club. The 416.1 Father's Day variant is a top-8 thumbstop ad in 30d and the 332.2-PC GF-REACTS variant is top thumbstop overall. We are leaning into the female-buyer angle for Father's Day window and the gift framing.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Single talent, dressed bedroom or living-room set. Father's Day adjacent timing. Shot on iPhone, handheld selfie style. Casual register.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051426_ZS_GAS_VIDEO_416.1_GOT-MY-BF-THIS-BGK-FOR-FATHERS-DAY (top-8 thumbstop 30d)</w:t>
      </w:r>
    </w:p>
    <w:p>
      <w:pPr>
        <w:pStyle w:val="ListBullet"/>
        <w:spacing w:after="40"/>
      </w:pPr>
      <w:r>
        <w:rPr>
          <w:color w:val="111111"/>
          <w:sz w:val="22"/>
        </w:rPr>
        <w:t>051326_KS_NRTV_VIDEO_238.4O-C_IF-HE-GROWS-BEARD-IM-TEARING-OFF-HIS-CLOTHES (top-8 thumbstop 30d)</w:t>
      </w:r>
    </w:p>
    <w:p>
      <w:pPr>
        <w:pStyle w:val="ListBullet"/>
        <w:spacing w:after="40"/>
      </w:pPr>
      <w:r>
        <w:rPr>
          <w:color w:val="111111"/>
          <w:sz w:val="22"/>
        </w:rPr>
        <w:t>052126_MR_GAS_VIDEO_332.2-PC_GF-REACTS-TO-BEARD-DYE ($1,682, 1.30% CTR, top 30d thumbstop)</w:t>
      </w:r>
    </w:p>
    <w:p>
      <w:pPr>
        <w:spacing w:before="400"/>
      </w:pPr>
      <w:r>
        <w:rPr>
          <w:color w:val="666666"/>
          <w:sz w:val="16"/>
        </w:rPr>
        <w:t>★ Orion  ·  GASSED  ·  Beard Club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tionaccountassets.blob.core.windows.net/65f9cfd4387554400d9c3143/creativeassetfacebook/6a04d8fe3fc446565c94e851/video.mp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