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FF3D8A"/>
          <w:sz w:val="22"/>
        </w:rPr>
        <w:t xml:space="preserve">★ </w:t>
      </w:r>
      <w:r>
        <w:rPr>
          <w:rFonts w:ascii="Courier New" w:hAnsi="Courier New"/>
          <w:b/>
          <w:color w:val="FF3D8A"/>
          <w:sz w:val="18"/>
        </w:rPr>
        <w:t xml:space="preserve">ORION  ·  </w:t>
      </w:r>
      <w:r>
        <w:rPr>
          <w:color w:val="666666"/>
          <w:sz w:val="18"/>
        </w:rPr>
        <w:t>Beard Club  ·  Creative Brief</w:t>
      </w:r>
    </w:p>
    <w:p>
      <w:pPr>
        <w:spacing w:before="120" w:after="0"/>
      </w:pPr>
      <w:r>
        <w:rPr>
          <w:b/>
          <w:color w:val="FF3D8A"/>
          <w:sz w:val="18"/>
        </w:rPr>
        <w:t>CONCEPT 1</w:t>
      </w:r>
    </w:p>
    <w:p>
      <w:pPr>
        <w:spacing w:before="0" w:after="160"/>
      </w:pPr>
      <w:r>
        <w:rPr>
          <w:b/>
          <w:color w:val="111111"/>
          <w:sz w:val="44"/>
        </w:rPr>
        <w:t>Quit Beard Dye</w:t>
      </w:r>
    </w:p>
    <w:p>
      <w:pPr>
        <w:spacing w:after="160"/>
        <w:ind w:left="360"/>
      </w:pPr>
      <w:r>
        <w:rPr>
          <w:i/>
          <w:color w:val="666666"/>
          <w:sz w:val="18"/>
        </w:rPr>
        <w:t>Persona: Men With Graying Beards  ·  Hook: Confession  ·  Format: Testimonial  ·  Asset: UGC</w:t>
      </w:r>
    </w:p>
    <w:p>
      <w:pPr>
        <w:spacing w:before="280" w:after="80"/>
      </w:pPr>
      <w:r>
        <w:rPr>
          <w:b/>
          <w:color w:val="FF3D8A"/>
          <w:sz w:val="28"/>
        </w:rPr>
        <w:t>📺 Emulating this format</w:t>
      </w:r>
    </w:p>
    <w:p>
      <w:pPr>
        <w:spacing w:after="40"/>
      </w:pPr>
      <w:r>
        <w:rPr>
          <w:b/>
          <w:color w:val="111111"/>
          <w:sz w:val="24"/>
        </w:rPr>
        <w:t>Reference ad</w:t>
      </w:r>
    </w:p>
    <w:p>
      <w:pPr>
        <w:spacing w:after="80"/>
      </w:pPr>
      <w:hyperlink r:id="rId9">
        <w:r>
          <w:rPr>
            <w:rFonts w:ascii="Arial"/>
            <w:sz w:val="20"/>
            <w:color w:val="FF3D8A"/>
            <w:u w:val="single"/>
          </w:rPr>
          <w:t xml:space="preserve">▶ Watch full MP4</w:t>
        </w:r>
      </w:hyperlink>
    </w:p>
    <w:p>
      <w:pPr>
        <w:spacing w:before="280" w:after="80"/>
      </w:pPr>
      <w:r>
        <w:rPr>
          <w:b/>
          <w:color w:val="111111"/>
          <w:sz w:val="28"/>
        </w:rPr>
        <w:t>Concept</w:t>
      </w:r>
    </w:p>
    <w:p>
      <w:pPr>
        <w:spacing w:after="120"/>
      </w:pPr>
      <w:r>
        <w:rPr>
          <w:i w:val="0"/>
          <w:color w:val="111111"/>
          <w:sz w:val="22"/>
        </w:rPr>
        <w:t>Solo male in bathroom mirror admits he gave up on beard dye, then brushes in Beard Club Permanent Color while talking. Single take, real grays disappearing on camera.</w:t>
      </w:r>
    </w:p>
    <w:p>
      <w:pPr>
        <w:spacing w:before="280" w:after="80"/>
      </w:pPr>
      <w:r>
        <w:rPr>
          <w:b/>
          <w:color w:val="111111"/>
          <w:sz w:val="28"/>
        </w:rPr>
        <w:t>Talent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Age:  </w:t>
      </w:r>
      <w:r>
        <w:rPr>
          <w:color w:val="111111"/>
          <w:sz w:val="22"/>
        </w:rPr>
        <w:t>38 to 52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Demographic:  </w:t>
      </w:r>
      <w:r>
        <w:rPr>
          <w:color w:val="111111"/>
          <w:sz w:val="22"/>
        </w:rPr>
        <w:t>Adult male, salt-and-pepper or grayed beard, casual, comfortable on camera. Real grays visible at the temples and chin.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Look:  </w:t>
      </w:r>
      <w:r>
        <w:rPr>
          <w:color w:val="111111"/>
          <w:sz w:val="22"/>
        </w:rPr>
        <w:t>Plain dark T-shirt or open button-down, bathroom interior, natural overhead lighting. No grooming polish. Talks to camera like a buddy.</w:t>
      </w:r>
    </w:p>
    <w:p>
      <w:pPr>
        <w:spacing w:before="280" w:after="80"/>
      </w:pPr>
      <w:r>
        <w:rPr>
          <w:b/>
          <w:color w:val="111111"/>
          <w:sz w:val="28"/>
        </w:rPr>
        <w:t>Props &amp; gear</w:t>
      </w:r>
    </w:p>
    <w:p>
      <w:pPr>
        <w:pStyle w:val="ListBullet"/>
        <w:spacing w:after="40"/>
      </w:pPr>
      <w:r>
        <w:rPr>
          <w:color w:val="111111"/>
          <w:sz w:val="22"/>
        </w:rPr>
        <w:t>1x Beard Club Permanent Brush-In Color in his shade</w:t>
      </w:r>
    </w:p>
    <w:p>
      <w:pPr>
        <w:pStyle w:val="ListBullet"/>
        <w:spacing w:after="40"/>
      </w:pPr>
      <w:r>
        <w:rPr>
          <w:color w:val="111111"/>
          <w:sz w:val="22"/>
        </w:rPr>
        <w:t>Bathroom counter dressed with a hand towel and a regular toothbrush in a cup</w:t>
      </w:r>
    </w:p>
    <w:p>
      <w:pPr>
        <w:pStyle w:val="ListBullet"/>
        <w:spacing w:after="40"/>
      </w:pPr>
      <w:r>
        <w:rPr>
          <w:color w:val="111111"/>
          <w:sz w:val="22"/>
        </w:rPr>
        <w:t>Mirror behind talent (or talent facing iPhone in mirror)</w:t>
      </w:r>
    </w:p>
    <w:p>
      <w:pPr>
        <w:spacing w:before="280" w:after="80"/>
      </w:pPr>
      <w:r>
        <w:rPr>
          <w:b/>
          <w:color w:val="111111"/>
          <w:sz w:val="28"/>
        </w:rPr>
        <w:t>Hook variations</w:t>
      </w:r>
    </w:p>
    <w:p>
      <w:pPr>
        <w:spacing w:before="160" w:after="40"/>
      </w:pPr>
      <w:r>
        <w:rPr>
          <w:b/>
          <w:color w:val="FF3D8A"/>
          <w:sz w:val="24"/>
        </w:rPr>
        <w:t>Hook 1</w:t>
      </w:r>
    </w:p>
    <w:p>
      <w:pPr>
        <w:spacing w:before="160" w:after="40"/>
      </w:pPr>
      <w:r>
        <w:rPr>
          <w:b/>
          <w:color w:val="FF3D8A"/>
          <w:sz w:val="24"/>
        </w:rPr>
        <w:t>Hook 2</w:t>
      </w:r>
    </w:p>
    <w:p>
      <w:pPr>
        <w:spacing w:before="160" w:after="40"/>
      </w:pPr>
      <w:r>
        <w:rPr>
          <w:b/>
          <w:color w:val="FF3D8A"/>
          <w:sz w:val="24"/>
        </w:rPr>
        <w:t>Hook 3</w:t>
      </w:r>
    </w:p>
    <w:p>
      <w:pPr>
        <w:spacing w:before="160" w:after="40"/>
      </w:pPr>
      <w:r>
        <w:rPr>
          <w:b/>
          <w:color w:val="FF3D8A"/>
          <w:sz w:val="24"/>
        </w:rPr>
        <w:t>Hook 4</w:t>
      </w:r>
    </w:p>
    <w:p>
      <w:pPr>
        <w:spacing w:before="160" w:after="40"/>
      </w:pPr>
      <w:r>
        <w:rPr>
          <w:b/>
          <w:color w:val="FF3D8A"/>
          <w:sz w:val="24"/>
        </w:rPr>
        <w:t>Hook 5</w:t>
      </w:r>
    </w:p>
    <w:p>
      <w:pPr>
        <w:spacing w:before="280" w:after="80"/>
      </w:pPr>
      <w:r>
        <w:rPr>
          <w:b/>
          <w:color w:val="00A06E"/>
          <w:sz w:val="28"/>
        </w:rPr>
        <w:t>Full script</w:t>
      </w:r>
    </w:p>
    <w:p>
      <w:pPr>
        <w:spacing w:before="160" w:after="40"/>
      </w:pPr>
      <w:r>
        <w:rPr>
          <w:b/>
          <w:color w:val="00A06E"/>
          <w:sz w:val="24"/>
        </w:rPr>
        <w:t>0:00 to 0:03  ·  HOOK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“I quit beard dye because it never actually stuck to the grays.”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Tight on talent's face in bathroom mirror. He points at the gray patches in his beard.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I quit beard dye</w:t>
      </w:r>
    </w:p>
    <w:p>
      <w:pPr>
        <w:spacing w:before="160" w:after="40"/>
      </w:pPr>
      <w:r>
        <w:rPr>
          <w:b/>
          <w:color w:val="00A06E"/>
          <w:sz w:val="24"/>
        </w:rPr>
        <w:t>0:03 to 0:08  ·  REVEAL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“Then I found this brush-in color from Beard Club. No mixing, no mess. You literally just brush it in.”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He picks up the brush-in color, twists the cap, and shows the applicator tip to the camera.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No mixing. No mess.</w:t>
      </w:r>
    </w:p>
    <w:p>
      <w:pPr>
        <w:spacing w:before="160" w:after="40"/>
      </w:pPr>
      <w:r>
        <w:rPr>
          <w:b/>
          <w:color w:val="00A06E"/>
          <w:sz w:val="24"/>
        </w:rPr>
        <w:t>0:08 to 0:15  ·  DEMONSTRATION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“So I brushed it through the grays at the temples and chin. Five minutes, that is it.”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He brushes the color through his beard in the mirror. Closeup of the bristles passing over the gray patch.</w:t>
      </w:r>
    </w:p>
    <w:p>
      <w:pPr>
        <w:spacing w:before="160" w:after="40"/>
      </w:pPr>
      <w:r>
        <w:rPr>
          <w:b/>
          <w:color w:val="00A06E"/>
          <w:sz w:val="24"/>
        </w:rPr>
        <w:t>0:15 to 0:22  ·  PROOF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“And the grays are gone. Like, gone. Beard looks fuller too, because the color fills the gaps.”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He turns his chin side to side, showing the now-even beard color in the mirror.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Grays gone. Beard looks fuller.</w:t>
      </w:r>
    </w:p>
    <w:p>
      <w:pPr>
        <w:spacing w:before="160" w:after="40"/>
      </w:pPr>
      <w:r>
        <w:rPr>
          <w:b/>
          <w:color w:val="00A06E"/>
          <w:sz w:val="24"/>
        </w:rPr>
        <w:t>0:22 to 0:28  ·  PAYOFF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“And it does not wash out after a shower. Lasts weeks.”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He runs a wet hand through the beard. Color stays.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Lasts weeks, not hours.</w:t>
      </w:r>
    </w:p>
    <w:p>
      <w:pPr>
        <w:spacing w:before="160" w:after="40"/>
      </w:pPr>
      <w:r>
        <w:rPr>
          <w:b/>
          <w:color w:val="00A06E"/>
          <w:sz w:val="24"/>
        </w:rPr>
        <w:t>0:28 to 0:32  ·  CTA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“Pick your color and try Beard Club's brush-in. Before the grays take over.”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He sets the bottle on the counter and gives a small thumbs up.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Try Beard Club Brush-In Color</w:t>
      </w:r>
    </w:p>
    <w:p>
      <w:pPr>
        <w:spacing w:before="280" w:after="80"/>
      </w:pPr>
      <w:r>
        <w:rPr>
          <w:b/>
          <w:color w:val="111111"/>
          <w:sz w:val="28"/>
        </w:rPr>
        <w:t>Why it should work</w:t>
      </w:r>
    </w:p>
    <w:p>
      <w:pPr>
        <w:spacing w:after="120"/>
      </w:pPr>
      <w:r>
        <w:rPr>
          <w:i w:val="0"/>
          <w:color w:val="111111"/>
          <w:sz w:val="22"/>
        </w:rPr>
        <w:t>The 378.3-PC PERM-COLOR ad is the top CTR winner this week (1.36% CTR, $49 CPA, 172 purchases at $8.5k spend) and the GF-REACTS variant is the highest 30d thumbstop. Gray-coverage Confession opener owns this brand's strongest CTR slot. We are doubling down with a more honest, more product-forward version.</w:t>
      </w:r>
    </w:p>
    <w:p>
      <w:pPr>
        <w:spacing w:before="280" w:after="80"/>
      </w:pPr>
      <w:r>
        <w:rPr>
          <w:b/>
          <w:color w:val="111111"/>
          <w:sz w:val="28"/>
        </w:rPr>
        <w:t>Production notes</w:t>
      </w:r>
    </w:p>
    <w:p>
      <w:pPr>
        <w:spacing w:after="120"/>
      </w:pPr>
      <w:r>
        <w:rPr>
          <w:i w:val="0"/>
          <w:color w:val="111111"/>
          <w:sz w:val="22"/>
        </w:rPr>
        <w:t>Single talent, dressed bathroom set, shot on iPhone at chest height. One continuous take from hook through reveal. No B-roll cuts.</w:t>
      </w:r>
    </w:p>
    <w:p>
      <w:pPr>
        <w:spacing w:before="280" w:after="80"/>
      </w:pPr>
      <w:r>
        <w:rPr>
          <w:b/>
          <w:color w:val="111111"/>
          <w:sz w:val="28"/>
        </w:rPr>
        <w:t>Source winners</w:t>
      </w:r>
    </w:p>
    <w:p>
      <w:pPr>
        <w:pStyle w:val="ListBullet"/>
        <w:spacing w:after="40"/>
      </w:pPr>
      <w:r>
        <w:rPr>
          <w:color w:val="111111"/>
          <w:sz w:val="22"/>
        </w:rPr>
        <w:t>052126_MR_GAS_VIDEO_378.3-PC_THIS-IS-TBC-COLOR-FOR-GRAYS ($8,489, 0.73x ROAS, 1.36% CTR, $49 CPA, top CTR + best CPA winner)</w:t>
      </w:r>
    </w:p>
    <w:p>
      <w:pPr>
        <w:pStyle w:val="ListBullet"/>
        <w:spacing w:after="40"/>
      </w:pPr>
      <w:r>
        <w:rPr>
          <w:color w:val="111111"/>
          <w:sz w:val="22"/>
        </w:rPr>
        <w:t>052126_MR_GAS_VIDEO_378.2-PC_HIDDEN-GRAYS-ARE-STILL-GRAYS ($1,703, 0.71x ROAS, 1.32% CTR, second-best CTR)</w:t>
      </w:r>
    </w:p>
    <w:p>
      <w:pPr>
        <w:pStyle w:val="ListBullet"/>
        <w:spacing w:after="40"/>
      </w:pPr>
      <w:r>
        <w:rPr>
          <w:color w:val="111111"/>
          <w:sz w:val="22"/>
        </w:rPr>
        <w:t>052126_MR_GAS_VIDEO_332.2-PC_GF-REACTS-TO-BEARD-DYE ($1,682, 1.30% CTR, top 30d thumbstop)</w:t>
      </w:r>
    </w:p>
    <w:p>
      <w:pPr>
        <w:spacing w:before="400"/>
      </w:pPr>
      <w:r>
        <w:rPr>
          <w:color w:val="666666"/>
          <w:sz w:val="16"/>
        </w:rPr>
        <w:t>★ Orion  ·  GASSED  ·  Beard Club  ·  Edit freely. Share with team or client.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tionaccountassets.blob.core.windows.net/65f9cfd4387554400d9c3143/creativeassetfacebook/69edfdc8ab5d13a5b562f51a/video.mp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